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53BFE" w14:textId="6A314650" w:rsidR="00646E23" w:rsidRPr="0087366F" w:rsidRDefault="00746DEC" w:rsidP="0087366F">
      <w:pPr>
        <w:jc w:val="center"/>
      </w:pPr>
      <w:r>
        <w:rPr>
          <w:b/>
          <w:color w:val="1F4E79"/>
          <w:sz w:val="34"/>
        </w:rPr>
        <w:t>2026-2027 AKADEMİK YILI</w:t>
      </w:r>
      <w:r>
        <w:rPr>
          <w:b/>
          <w:color w:val="1F4E79"/>
          <w:sz w:val="34"/>
        </w:rPr>
        <w:br/>
        <w:t>YENİ KAYIT ÖDEME YÖNTEMLERİ</w:t>
      </w:r>
    </w:p>
    <w:p w14:paraId="18528525" w14:textId="226E531B" w:rsidR="00817704" w:rsidRPr="00817704" w:rsidRDefault="00817704" w:rsidP="00817704">
      <w:pPr>
        <w:pStyle w:val="ListeParagraf"/>
        <w:spacing w:after="0" w:line="300" w:lineRule="atLeast"/>
        <w:ind w:left="644"/>
        <w:rPr>
          <w:rFonts w:ascii="Segoe UI" w:eastAsia="Times New Roman" w:hAnsi="Segoe UI" w:cs="Segoe UI"/>
          <w:szCs w:val="21"/>
          <w:lang w:val="tr-TR" w:eastAsia="tr-TR"/>
        </w:rPr>
      </w:pPr>
      <w:r w:rsidRPr="00817704">
        <w:rPr>
          <w:rFonts w:ascii="Segoe UI" w:eastAsia="Times New Roman" w:hAnsi="Segoe UI" w:cs="Segoe UI"/>
          <w:szCs w:val="21"/>
          <w:lang w:val="tr-TR" w:eastAsia="tr-TR"/>
        </w:rPr>
        <w:t>.</w:t>
      </w:r>
    </w:p>
    <w:p w14:paraId="427DEAB5" w14:textId="08D29FB3" w:rsidR="0000580E" w:rsidRPr="00DA294F" w:rsidRDefault="0000580E">
      <w:pPr>
        <w:rPr>
          <w:b/>
          <w:color w:val="1F4E79"/>
          <w:sz w:val="26"/>
          <w:u w:val="single"/>
        </w:rPr>
      </w:pPr>
      <w:r w:rsidRPr="00DA294F">
        <w:rPr>
          <w:b/>
          <w:color w:val="1F4E79"/>
          <w:sz w:val="26"/>
          <w:u w:val="single"/>
        </w:rPr>
        <w:t>1.KREDİ KARTI</w:t>
      </w:r>
      <w:r w:rsidR="0097495C" w:rsidRPr="00DA294F">
        <w:rPr>
          <w:b/>
          <w:color w:val="1F4E79"/>
          <w:sz w:val="26"/>
          <w:u w:val="single"/>
        </w:rPr>
        <w:t xml:space="preserve"> İLE ÖDEME</w:t>
      </w:r>
    </w:p>
    <w:p w14:paraId="2E2AEC8C" w14:textId="77777777" w:rsidR="004B1C10" w:rsidRPr="004B1C10" w:rsidRDefault="004B1C10" w:rsidP="004B1C10">
      <w:pPr>
        <w:rPr>
          <w:lang w:val="tr-TR"/>
        </w:rPr>
      </w:pPr>
      <w:r w:rsidRPr="004B1C10">
        <w:rPr>
          <w:lang w:val="tr-TR"/>
        </w:rPr>
        <w:t>Öğrencilerimiz, öğrenim ücretlerini UNISIS Online Ödeme Sistemi üzerinden kredi kartı veya banka kartı ile peşin veya taksitli olarak ödeyebilirler.</w:t>
      </w:r>
    </w:p>
    <w:p w14:paraId="3FC1799F" w14:textId="77777777" w:rsidR="004B1C10" w:rsidRPr="004B1C10" w:rsidRDefault="004B1C10" w:rsidP="004B1C10">
      <w:pPr>
        <w:numPr>
          <w:ilvl w:val="0"/>
          <w:numId w:val="16"/>
        </w:numPr>
        <w:rPr>
          <w:lang w:val="tr-TR"/>
        </w:rPr>
      </w:pPr>
      <w:r w:rsidRPr="004B1C10">
        <w:rPr>
          <w:lang w:val="tr-TR"/>
        </w:rPr>
        <w:t xml:space="preserve">Kredi kartı ile yapılan ödemelerde 8 taksite kadar ödeme imkânı bulunmaktadır. </w:t>
      </w:r>
    </w:p>
    <w:p w14:paraId="7C639C87" w14:textId="0447E6BF" w:rsidR="004B1C10" w:rsidRPr="004B1C10" w:rsidRDefault="004B1C10" w:rsidP="004B1C10">
      <w:pPr>
        <w:pStyle w:val="ListeParagraf"/>
        <w:numPr>
          <w:ilvl w:val="0"/>
          <w:numId w:val="16"/>
        </w:numPr>
        <w:rPr>
          <w:lang w:val="tr-TR"/>
        </w:rPr>
      </w:pPr>
      <w:r w:rsidRPr="004B1C10">
        <w:rPr>
          <w:lang w:val="tr-TR"/>
        </w:rPr>
        <w:t>UNISIS Online Ödeme Sistemi’ne, Üniversitemiz tarafından iletilen ödeme linki veya QR kod aracılığıyla erişebilirsiniz. Sisteme giriş yapabilmek için T.C. Kimlik Numaranızı girmeniz ve cep telefonunuza gönderilen SMS doğrulama kodunu kullanmanız gerekmektedir. Kimlik doğrulama işleminin ardından öğrenim ücreti ödeme işleminizi güvenli bir şekilde tamamlayabilirsiniz.</w:t>
      </w:r>
    </w:p>
    <w:p w14:paraId="6E0D68E2" w14:textId="77777777" w:rsidR="004B1C10" w:rsidRPr="00E7363E" w:rsidRDefault="004B1C10" w:rsidP="004B1C10">
      <w:pPr>
        <w:rPr>
          <w:b/>
          <w:bCs/>
          <w:lang w:val="tr-TR"/>
        </w:rPr>
      </w:pPr>
      <w:hyperlink r:id="rId6" w:history="1">
        <w:r w:rsidRPr="00E7363E">
          <w:rPr>
            <w:b/>
            <w:bCs/>
            <w:lang w:val="tr-TR"/>
          </w:rPr>
          <w:t>https://unisis.fbu.edu.tr</w:t>
        </w:r>
      </w:hyperlink>
      <w:r w:rsidRPr="00E7363E">
        <w:rPr>
          <w:b/>
          <w:bCs/>
          <w:lang w:val="tr-TR"/>
        </w:rPr>
        <w:t xml:space="preserve"> </w:t>
      </w:r>
    </w:p>
    <w:p w14:paraId="030EE900" w14:textId="77777777" w:rsidR="004B1C10" w:rsidRPr="004B1C10" w:rsidRDefault="004B1C10" w:rsidP="004B1C10">
      <w:pPr>
        <w:rPr>
          <w:lang w:val="tr-TR"/>
        </w:rPr>
      </w:pPr>
    </w:p>
    <w:p w14:paraId="42901A4C" w14:textId="77777777" w:rsidR="004B1C10" w:rsidRPr="004B1C10" w:rsidRDefault="004B1C10" w:rsidP="00F5601E">
      <w:pPr>
        <w:rPr>
          <w:lang w:val="tr-TR"/>
        </w:rPr>
      </w:pPr>
    </w:p>
    <w:p w14:paraId="16F73D93" w14:textId="26D190FD" w:rsidR="003C67CD" w:rsidRPr="004B1C10" w:rsidRDefault="003C67CD">
      <w:pPr>
        <w:rPr>
          <w:lang w:val="tr-TR"/>
        </w:rPr>
      </w:pPr>
      <w:r w:rsidRPr="004B1C10">
        <w:rPr>
          <w:noProof/>
          <w:lang w:val="tr-TR"/>
        </w:rPr>
        <w:drawing>
          <wp:inline distT="0" distB="0" distL="0" distR="0" wp14:anchorId="50B405F6" wp14:editId="25559638">
            <wp:extent cx="1476375" cy="1504950"/>
            <wp:effectExtent l="0" t="0" r="9525" b="0"/>
            <wp:docPr id="200996911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69115" name=""/>
                    <pic:cNvPicPr/>
                  </pic:nvPicPr>
                  <pic:blipFill>
                    <a:blip r:embed="rId7"/>
                    <a:stretch>
                      <a:fillRect/>
                    </a:stretch>
                  </pic:blipFill>
                  <pic:spPr>
                    <a:xfrm>
                      <a:off x="0" y="0"/>
                      <a:ext cx="1476375" cy="1504950"/>
                    </a:xfrm>
                    <a:prstGeom prst="rect">
                      <a:avLst/>
                    </a:prstGeom>
                  </pic:spPr>
                </pic:pic>
              </a:graphicData>
            </a:graphic>
          </wp:inline>
        </w:drawing>
      </w:r>
    </w:p>
    <w:p w14:paraId="0B166A02" w14:textId="76A66616" w:rsidR="0014698F" w:rsidRDefault="00746DEC">
      <w:proofErr w:type="spellStart"/>
      <w:r>
        <w:rPr>
          <w:b/>
          <w:sz w:val="22"/>
        </w:rPr>
        <w:t>Taksit</w:t>
      </w:r>
      <w:proofErr w:type="spellEnd"/>
      <w:r>
        <w:rPr>
          <w:b/>
          <w:sz w:val="22"/>
        </w:rPr>
        <w:t xml:space="preserve"> </w:t>
      </w:r>
      <w:proofErr w:type="spellStart"/>
      <w:r>
        <w:rPr>
          <w:b/>
          <w:sz w:val="22"/>
        </w:rPr>
        <w:t>İmkânı</w:t>
      </w:r>
      <w:proofErr w:type="spellEnd"/>
      <w:r>
        <w:rPr>
          <w:b/>
          <w:sz w:val="22"/>
        </w:rPr>
        <w:t xml:space="preserve"> </w:t>
      </w:r>
      <w:proofErr w:type="spellStart"/>
      <w:r>
        <w:rPr>
          <w:b/>
          <w:sz w:val="22"/>
        </w:rPr>
        <w:t>Bulunan</w:t>
      </w:r>
      <w:proofErr w:type="spellEnd"/>
      <w:r>
        <w:rPr>
          <w:b/>
          <w:sz w:val="22"/>
        </w:rPr>
        <w:t xml:space="preserve"> Banka </w:t>
      </w:r>
      <w:proofErr w:type="spellStart"/>
      <w:r>
        <w:rPr>
          <w:b/>
          <w:sz w:val="22"/>
        </w:rPr>
        <w:t>Kredi</w:t>
      </w:r>
      <w:proofErr w:type="spellEnd"/>
      <w:r>
        <w:rPr>
          <w:b/>
          <w:sz w:val="22"/>
        </w:rPr>
        <w:t xml:space="preserve"> </w:t>
      </w:r>
      <w:proofErr w:type="spellStart"/>
      <w:r>
        <w:rPr>
          <w:b/>
          <w:sz w:val="22"/>
        </w:rPr>
        <w:t>Kartları</w:t>
      </w:r>
      <w:proofErr w:type="spellEnd"/>
      <w:r w:rsidR="003C67CD">
        <w:rPr>
          <w:b/>
          <w:sz w:val="22"/>
        </w:rPr>
        <w:t xml:space="preserve">          </w:t>
      </w:r>
    </w:p>
    <w:p w14:paraId="75ED923C" w14:textId="33F9A12E" w:rsidR="0014698F" w:rsidRPr="004B1C10" w:rsidRDefault="00746DEC">
      <w:pPr>
        <w:pStyle w:val="ListeMaddemi"/>
        <w:rPr>
          <w:lang w:val="tr-TR"/>
        </w:rPr>
      </w:pPr>
      <w:r w:rsidRPr="004B1C10">
        <w:rPr>
          <w:lang w:val="tr-TR"/>
        </w:rPr>
        <w:t>Garanti BBVA Bonus</w:t>
      </w:r>
      <w:r w:rsidR="003C67CD" w:rsidRPr="004B1C10">
        <w:rPr>
          <w:lang w:val="tr-TR"/>
        </w:rPr>
        <w:t xml:space="preserve">                                                                                  </w:t>
      </w:r>
    </w:p>
    <w:p w14:paraId="360FFAE3" w14:textId="77777777" w:rsidR="0014698F" w:rsidRPr="004B1C10" w:rsidRDefault="00746DEC">
      <w:pPr>
        <w:pStyle w:val="ListeMaddemi"/>
        <w:rPr>
          <w:lang w:val="tr-TR"/>
        </w:rPr>
      </w:pPr>
      <w:r w:rsidRPr="004B1C10">
        <w:rPr>
          <w:lang w:val="tr-TR"/>
        </w:rPr>
        <w:t>TEB Bonus</w:t>
      </w:r>
    </w:p>
    <w:p w14:paraId="1E18B04E" w14:textId="77777777" w:rsidR="0014698F" w:rsidRPr="004B1C10" w:rsidRDefault="00746DEC">
      <w:pPr>
        <w:pStyle w:val="ListeMaddemi"/>
        <w:rPr>
          <w:lang w:val="tr-TR"/>
        </w:rPr>
      </w:pPr>
      <w:r w:rsidRPr="004B1C10">
        <w:rPr>
          <w:lang w:val="tr-TR"/>
        </w:rPr>
        <w:t>VakıfBank World / Troy</w:t>
      </w:r>
    </w:p>
    <w:p w14:paraId="34307202" w14:textId="77777777" w:rsidR="0014698F" w:rsidRPr="004B1C10" w:rsidRDefault="00746DEC">
      <w:pPr>
        <w:pStyle w:val="ListeMaddemi"/>
        <w:rPr>
          <w:lang w:val="tr-TR"/>
        </w:rPr>
      </w:pPr>
      <w:r w:rsidRPr="004B1C10">
        <w:rPr>
          <w:lang w:val="tr-TR"/>
        </w:rPr>
        <w:t>Akbank Axess</w:t>
      </w:r>
    </w:p>
    <w:p w14:paraId="4192901E" w14:textId="77777777" w:rsidR="0014698F" w:rsidRPr="004B1C10" w:rsidRDefault="00746DEC">
      <w:pPr>
        <w:pStyle w:val="ListeMaddemi"/>
        <w:rPr>
          <w:lang w:val="tr-TR"/>
        </w:rPr>
      </w:pPr>
      <w:r w:rsidRPr="004B1C10">
        <w:rPr>
          <w:lang w:val="tr-TR"/>
        </w:rPr>
        <w:t>İş Bankası Maximum</w:t>
      </w:r>
    </w:p>
    <w:p w14:paraId="03D37F11" w14:textId="77777777" w:rsidR="00B374A6" w:rsidRPr="004B1C10" w:rsidRDefault="00B374A6" w:rsidP="00B374A6">
      <w:pPr>
        <w:pStyle w:val="ListeMaddemi"/>
        <w:numPr>
          <w:ilvl w:val="0"/>
          <w:numId w:val="0"/>
        </w:numPr>
        <w:ind w:left="360" w:hanging="360"/>
        <w:rPr>
          <w:lang w:val="tr-TR"/>
        </w:rPr>
      </w:pPr>
    </w:p>
    <w:p w14:paraId="2D031B21" w14:textId="594F4841" w:rsidR="004B1C10" w:rsidRPr="004B1C10" w:rsidRDefault="004B1C10" w:rsidP="004B1C10">
      <w:pPr>
        <w:rPr>
          <w:lang w:val="tr-TR"/>
        </w:rPr>
      </w:pPr>
      <w:r>
        <w:rPr>
          <w:b/>
          <w:bCs/>
          <w:lang w:val="tr-TR"/>
        </w:rPr>
        <w:t>Önemli:</w:t>
      </w:r>
    </w:p>
    <w:p w14:paraId="6B349AD3" w14:textId="77777777" w:rsidR="004B1C10" w:rsidRPr="004B1C10" w:rsidRDefault="004B1C10" w:rsidP="004B1C10">
      <w:pPr>
        <w:numPr>
          <w:ilvl w:val="0"/>
          <w:numId w:val="17"/>
        </w:numPr>
        <w:rPr>
          <w:lang w:val="tr-TR"/>
        </w:rPr>
      </w:pPr>
      <w:r w:rsidRPr="004B1C10">
        <w:rPr>
          <w:lang w:val="tr-TR"/>
        </w:rPr>
        <w:t xml:space="preserve">Birden fazla kredi kartı kullanılarak parçalı ödeme yapılabilir. </w:t>
      </w:r>
    </w:p>
    <w:p w14:paraId="4335B73D" w14:textId="77777777" w:rsidR="004B1C10" w:rsidRDefault="004B1C10" w:rsidP="004B1C10">
      <w:pPr>
        <w:numPr>
          <w:ilvl w:val="0"/>
          <w:numId w:val="17"/>
        </w:numPr>
        <w:rPr>
          <w:lang w:val="tr-TR"/>
        </w:rPr>
      </w:pPr>
      <w:r w:rsidRPr="004B1C10">
        <w:rPr>
          <w:lang w:val="tr-TR"/>
        </w:rPr>
        <w:t xml:space="preserve">Ödemenin tamamının aynı gün içerisinde tamamlanması gerekmektedir. Ödemenin aynı gün içerisinde tamamlanmaması halinde, yapılan ödemeler iptal edilecektir. </w:t>
      </w:r>
    </w:p>
    <w:p w14:paraId="009CA17B" w14:textId="3BB8FFAF" w:rsidR="004B1C10" w:rsidRPr="004B1C10" w:rsidRDefault="004B1C10" w:rsidP="004B1C10">
      <w:pPr>
        <w:numPr>
          <w:ilvl w:val="0"/>
          <w:numId w:val="17"/>
        </w:numPr>
        <w:rPr>
          <w:lang w:val="tr-TR"/>
        </w:rPr>
      </w:pPr>
      <w:r w:rsidRPr="004B1C10">
        <w:rPr>
          <w:lang w:val="tr-TR"/>
        </w:rPr>
        <w:t>Ödemeler yalnızca online/sanal POS sistemi üzerinden gerçekleştirilmektedir. Üniversitemizde fiziki POS cihazı ile ödeme alınmamaktadır.</w:t>
      </w:r>
    </w:p>
    <w:p w14:paraId="59662C65" w14:textId="77777777" w:rsidR="004B1C10" w:rsidRDefault="004B1C10" w:rsidP="00B374A6"/>
    <w:p w14:paraId="2B61CE75" w14:textId="77777777" w:rsidR="00B374A6" w:rsidRDefault="00B374A6" w:rsidP="00B374A6"/>
    <w:p w14:paraId="631C53CE" w14:textId="77777777" w:rsidR="00B374A6" w:rsidRDefault="00B374A6" w:rsidP="00B374A6"/>
    <w:p w14:paraId="6E59BC18" w14:textId="4724909B" w:rsidR="00B374A6" w:rsidRPr="00B374A6" w:rsidRDefault="00B374A6" w:rsidP="00B374A6">
      <w:pPr>
        <w:rPr>
          <w:b/>
          <w:color w:val="1F4E79"/>
          <w:sz w:val="26"/>
          <w:u w:val="single"/>
        </w:rPr>
      </w:pPr>
      <w:r>
        <w:rPr>
          <w:b/>
          <w:color w:val="1F4E79"/>
          <w:sz w:val="26"/>
          <w:u w:val="single"/>
        </w:rPr>
        <w:t xml:space="preserve"> * </w:t>
      </w:r>
      <w:r w:rsidRPr="00B374A6">
        <w:rPr>
          <w:b/>
          <w:color w:val="1F4E79"/>
          <w:sz w:val="26"/>
          <w:u w:val="single"/>
        </w:rPr>
        <w:t>KREDİ KARTI PEŞİN ÖDEME EĞİTİM KAMPANYALARI</w:t>
      </w:r>
    </w:p>
    <w:p w14:paraId="4DD2839A" w14:textId="77777777" w:rsidR="007A7A18" w:rsidRPr="00E7363E" w:rsidRDefault="007A7A18" w:rsidP="007A7A18">
      <w:pPr>
        <w:rPr>
          <w:b/>
          <w:bCs/>
          <w:sz w:val="22"/>
          <w:lang w:val="tr-TR"/>
        </w:rPr>
      </w:pPr>
      <w:r w:rsidRPr="00E7363E">
        <w:rPr>
          <w:b/>
          <w:bCs/>
          <w:sz w:val="22"/>
          <w:lang w:val="tr-TR"/>
        </w:rPr>
        <w:t>Kredi Kartı ile Peşin Ödeme İndirimi</w:t>
      </w:r>
    </w:p>
    <w:p w14:paraId="200F97AB" w14:textId="77777777" w:rsidR="007A7A18" w:rsidRPr="004B1C10" w:rsidRDefault="007A7A18" w:rsidP="007A7A18">
      <w:pPr>
        <w:rPr>
          <w:lang w:val="tr-TR"/>
        </w:rPr>
      </w:pPr>
      <w:r w:rsidRPr="004B1C10">
        <w:rPr>
          <w:lang w:val="tr-TR"/>
        </w:rPr>
        <w:t>Eğitim bedelinin tamamının kredi kartı ile tek çekim olarak ödenmesi halinde, eğitim bedeli (KDV dâhil) üzerinden %10 indirim uygulanacaktır.</w:t>
      </w:r>
    </w:p>
    <w:p w14:paraId="38B71D2B" w14:textId="4CB98ED6" w:rsidR="004B1C10" w:rsidRDefault="004B1C10" w:rsidP="007A7A18">
      <w:pPr>
        <w:rPr>
          <w:lang w:val="tr-TR"/>
        </w:rPr>
      </w:pPr>
      <w:proofErr w:type="spellStart"/>
      <w:r w:rsidRPr="004B1C10">
        <w:t>Öğrencilerimiz</w:t>
      </w:r>
      <w:proofErr w:type="spellEnd"/>
      <w:r w:rsidRPr="004B1C10">
        <w:t xml:space="preserve">, </w:t>
      </w:r>
      <w:proofErr w:type="spellStart"/>
      <w:r w:rsidRPr="004B1C10">
        <w:t>kredi</w:t>
      </w:r>
      <w:proofErr w:type="spellEnd"/>
      <w:r w:rsidRPr="004B1C10">
        <w:t xml:space="preserve"> </w:t>
      </w:r>
      <w:proofErr w:type="spellStart"/>
      <w:r w:rsidRPr="004B1C10">
        <w:t>kartı</w:t>
      </w:r>
      <w:proofErr w:type="spellEnd"/>
      <w:r w:rsidRPr="004B1C10">
        <w:t xml:space="preserve"> </w:t>
      </w:r>
      <w:proofErr w:type="spellStart"/>
      <w:r w:rsidRPr="004B1C10">
        <w:t>ile</w:t>
      </w:r>
      <w:proofErr w:type="spellEnd"/>
      <w:r w:rsidRPr="004B1C10">
        <w:t xml:space="preserve"> </w:t>
      </w:r>
      <w:proofErr w:type="spellStart"/>
      <w:r w:rsidRPr="004B1C10">
        <w:t>eğitim</w:t>
      </w:r>
      <w:proofErr w:type="spellEnd"/>
      <w:r w:rsidRPr="004B1C10">
        <w:t xml:space="preserve"> </w:t>
      </w:r>
      <w:proofErr w:type="spellStart"/>
      <w:r w:rsidRPr="004B1C10">
        <w:t>ödemesi</w:t>
      </w:r>
      <w:proofErr w:type="spellEnd"/>
      <w:r w:rsidRPr="004B1C10">
        <w:t xml:space="preserve"> </w:t>
      </w:r>
      <w:proofErr w:type="spellStart"/>
      <w:r w:rsidRPr="004B1C10">
        <w:t>yapmadan</w:t>
      </w:r>
      <w:proofErr w:type="spellEnd"/>
      <w:r w:rsidRPr="004B1C10">
        <w:t xml:space="preserve"> </w:t>
      </w:r>
      <w:proofErr w:type="spellStart"/>
      <w:r w:rsidRPr="004B1C10">
        <w:t>önce</w:t>
      </w:r>
      <w:proofErr w:type="spellEnd"/>
      <w:r w:rsidRPr="004B1C10">
        <w:t xml:space="preserve">, </w:t>
      </w:r>
      <w:proofErr w:type="spellStart"/>
      <w:r w:rsidRPr="004B1C10">
        <w:t>kartlarının</w:t>
      </w:r>
      <w:proofErr w:type="spellEnd"/>
      <w:r w:rsidRPr="004B1C10">
        <w:t xml:space="preserve"> </w:t>
      </w:r>
      <w:proofErr w:type="spellStart"/>
      <w:r w:rsidRPr="004B1C10">
        <w:t>bağlı</w:t>
      </w:r>
      <w:proofErr w:type="spellEnd"/>
      <w:r w:rsidRPr="004B1C10">
        <w:t xml:space="preserve"> </w:t>
      </w:r>
      <w:proofErr w:type="spellStart"/>
      <w:r w:rsidRPr="004B1C10">
        <w:t>olduğu</w:t>
      </w:r>
      <w:proofErr w:type="spellEnd"/>
      <w:r w:rsidRPr="004B1C10">
        <w:t xml:space="preserve"> </w:t>
      </w:r>
      <w:proofErr w:type="spellStart"/>
      <w:r w:rsidRPr="004B1C10">
        <w:t>bankanın</w:t>
      </w:r>
      <w:proofErr w:type="spellEnd"/>
      <w:r w:rsidRPr="004B1C10">
        <w:t xml:space="preserve"> </w:t>
      </w:r>
      <w:proofErr w:type="spellStart"/>
      <w:r w:rsidRPr="004B1C10">
        <w:t>eğitim</w:t>
      </w:r>
      <w:proofErr w:type="spellEnd"/>
      <w:r w:rsidRPr="004B1C10">
        <w:t xml:space="preserve"> </w:t>
      </w:r>
      <w:proofErr w:type="spellStart"/>
      <w:r w:rsidRPr="004B1C10">
        <w:t>harcamalarına</w:t>
      </w:r>
      <w:proofErr w:type="spellEnd"/>
      <w:r w:rsidRPr="004B1C10">
        <w:t xml:space="preserve"> </w:t>
      </w:r>
      <w:proofErr w:type="spellStart"/>
      <w:r w:rsidRPr="004B1C10">
        <w:t>yönelik</w:t>
      </w:r>
      <w:proofErr w:type="spellEnd"/>
      <w:r w:rsidRPr="004B1C10">
        <w:t xml:space="preserve"> </w:t>
      </w:r>
      <w:proofErr w:type="spellStart"/>
      <w:r w:rsidRPr="004B1C10">
        <w:t>sunduğu</w:t>
      </w:r>
      <w:proofErr w:type="spellEnd"/>
      <w:r w:rsidRPr="004B1C10">
        <w:t xml:space="preserve"> </w:t>
      </w:r>
      <w:proofErr w:type="spellStart"/>
      <w:r w:rsidRPr="004B1C10">
        <w:t>kampanya</w:t>
      </w:r>
      <w:proofErr w:type="spellEnd"/>
      <w:r w:rsidRPr="004B1C10">
        <w:t xml:space="preserve"> ve </w:t>
      </w:r>
      <w:proofErr w:type="spellStart"/>
      <w:r w:rsidRPr="004B1C10">
        <w:t>taksitlendirme</w:t>
      </w:r>
      <w:proofErr w:type="spellEnd"/>
      <w:r w:rsidRPr="004B1C10">
        <w:t xml:space="preserve"> </w:t>
      </w:r>
      <w:proofErr w:type="spellStart"/>
      <w:r w:rsidRPr="004B1C10">
        <w:t>imkânlarını</w:t>
      </w:r>
      <w:proofErr w:type="spellEnd"/>
      <w:r w:rsidRPr="004B1C10">
        <w:t xml:space="preserve"> </w:t>
      </w:r>
      <w:proofErr w:type="spellStart"/>
      <w:r w:rsidRPr="004B1C10">
        <w:t>inceleyebilirler</w:t>
      </w:r>
      <w:proofErr w:type="spellEnd"/>
      <w:r w:rsidRPr="004B1C10">
        <w:t>.</w:t>
      </w:r>
    </w:p>
    <w:p w14:paraId="3E12E354" w14:textId="6D5388E1" w:rsidR="007A7A18" w:rsidRPr="007A7A18" w:rsidRDefault="004B1C10" w:rsidP="007A7A18">
      <w:proofErr w:type="spellStart"/>
      <w:r w:rsidRPr="004B1C10">
        <w:rPr>
          <w:b/>
          <w:bCs/>
        </w:rPr>
        <w:t>Önemli</w:t>
      </w:r>
      <w:proofErr w:type="spellEnd"/>
      <w:r w:rsidRPr="004B1C10">
        <w:rPr>
          <w:b/>
          <w:bCs/>
        </w:rPr>
        <w:t>:</w:t>
      </w:r>
      <w:r w:rsidRPr="004B1C10">
        <w:t xml:space="preserve"> </w:t>
      </w:r>
      <w:proofErr w:type="spellStart"/>
      <w:r w:rsidRPr="004B1C10">
        <w:t>Bankaların</w:t>
      </w:r>
      <w:proofErr w:type="spellEnd"/>
      <w:r w:rsidRPr="004B1C10">
        <w:t xml:space="preserve"> </w:t>
      </w:r>
      <w:proofErr w:type="spellStart"/>
      <w:r w:rsidRPr="004B1C10">
        <w:t>eğitim</w:t>
      </w:r>
      <w:proofErr w:type="spellEnd"/>
      <w:r w:rsidRPr="004B1C10">
        <w:t xml:space="preserve"> </w:t>
      </w:r>
      <w:proofErr w:type="spellStart"/>
      <w:r w:rsidRPr="004B1C10">
        <w:t>kampanyaları</w:t>
      </w:r>
      <w:proofErr w:type="spellEnd"/>
      <w:r w:rsidRPr="004B1C10">
        <w:t xml:space="preserve"> ve </w:t>
      </w:r>
      <w:proofErr w:type="spellStart"/>
      <w:r w:rsidRPr="004B1C10">
        <w:t>taksit</w:t>
      </w:r>
      <w:proofErr w:type="spellEnd"/>
      <w:r w:rsidRPr="004B1C10">
        <w:t xml:space="preserve"> </w:t>
      </w:r>
      <w:proofErr w:type="spellStart"/>
      <w:r w:rsidRPr="004B1C10">
        <w:t>koşulları</w:t>
      </w:r>
      <w:proofErr w:type="spellEnd"/>
      <w:r w:rsidRPr="004B1C10">
        <w:t xml:space="preserve"> </w:t>
      </w:r>
      <w:proofErr w:type="spellStart"/>
      <w:r w:rsidRPr="004B1C10">
        <w:t>dönemsel</w:t>
      </w:r>
      <w:proofErr w:type="spellEnd"/>
      <w:r w:rsidRPr="004B1C10">
        <w:t xml:space="preserve"> </w:t>
      </w:r>
      <w:proofErr w:type="spellStart"/>
      <w:r w:rsidRPr="004B1C10">
        <w:t>olarak</w:t>
      </w:r>
      <w:proofErr w:type="spellEnd"/>
      <w:r w:rsidRPr="004B1C10">
        <w:t xml:space="preserve"> </w:t>
      </w:r>
      <w:proofErr w:type="spellStart"/>
      <w:r w:rsidRPr="004B1C10">
        <w:t>değişiklik</w:t>
      </w:r>
      <w:proofErr w:type="spellEnd"/>
      <w:r w:rsidRPr="004B1C10">
        <w:t xml:space="preserve"> </w:t>
      </w:r>
      <w:proofErr w:type="spellStart"/>
      <w:r w:rsidRPr="004B1C10">
        <w:t>gösterebilmektedir</w:t>
      </w:r>
      <w:proofErr w:type="spellEnd"/>
      <w:r w:rsidRPr="004B1C10">
        <w:t xml:space="preserve">. Bu </w:t>
      </w:r>
      <w:proofErr w:type="spellStart"/>
      <w:r w:rsidRPr="004B1C10">
        <w:t>nedenle</w:t>
      </w:r>
      <w:proofErr w:type="spellEnd"/>
      <w:r w:rsidRPr="004B1C10">
        <w:t xml:space="preserve">, </w:t>
      </w:r>
      <w:proofErr w:type="spellStart"/>
      <w:r w:rsidRPr="004B1C10">
        <w:t>ödeme</w:t>
      </w:r>
      <w:proofErr w:type="spellEnd"/>
      <w:r w:rsidRPr="004B1C10">
        <w:t xml:space="preserve"> </w:t>
      </w:r>
      <w:proofErr w:type="spellStart"/>
      <w:r w:rsidRPr="004B1C10">
        <w:t>işlemi</w:t>
      </w:r>
      <w:proofErr w:type="spellEnd"/>
      <w:r w:rsidRPr="004B1C10">
        <w:t xml:space="preserve"> </w:t>
      </w:r>
      <w:proofErr w:type="spellStart"/>
      <w:r w:rsidRPr="004B1C10">
        <w:t>gerçekleştirilmeden</w:t>
      </w:r>
      <w:proofErr w:type="spellEnd"/>
      <w:r w:rsidRPr="004B1C10">
        <w:t xml:space="preserve"> </w:t>
      </w:r>
      <w:proofErr w:type="spellStart"/>
      <w:r w:rsidRPr="004B1C10">
        <w:t>önce</w:t>
      </w:r>
      <w:proofErr w:type="spellEnd"/>
      <w:r w:rsidRPr="004B1C10">
        <w:t xml:space="preserve"> </w:t>
      </w:r>
      <w:proofErr w:type="spellStart"/>
      <w:r w:rsidRPr="004B1C10">
        <w:t>ilgili</w:t>
      </w:r>
      <w:proofErr w:type="spellEnd"/>
      <w:r w:rsidRPr="004B1C10">
        <w:t xml:space="preserve"> </w:t>
      </w:r>
      <w:proofErr w:type="spellStart"/>
      <w:r w:rsidRPr="004B1C10">
        <w:t>bankanın</w:t>
      </w:r>
      <w:proofErr w:type="spellEnd"/>
      <w:r w:rsidRPr="004B1C10">
        <w:t xml:space="preserve"> </w:t>
      </w:r>
      <w:proofErr w:type="spellStart"/>
      <w:r w:rsidRPr="004B1C10">
        <w:t>güncel</w:t>
      </w:r>
      <w:proofErr w:type="spellEnd"/>
      <w:r w:rsidRPr="004B1C10">
        <w:t xml:space="preserve"> </w:t>
      </w:r>
      <w:proofErr w:type="spellStart"/>
      <w:r w:rsidRPr="004B1C10">
        <w:t>kampanya</w:t>
      </w:r>
      <w:proofErr w:type="spellEnd"/>
      <w:r w:rsidRPr="004B1C10">
        <w:t xml:space="preserve"> </w:t>
      </w:r>
      <w:proofErr w:type="spellStart"/>
      <w:r w:rsidRPr="004B1C10">
        <w:t>koşullarının</w:t>
      </w:r>
      <w:proofErr w:type="spellEnd"/>
      <w:r w:rsidRPr="004B1C10">
        <w:t xml:space="preserve"> </w:t>
      </w:r>
      <w:proofErr w:type="spellStart"/>
      <w:r w:rsidRPr="004B1C10">
        <w:t>kontrol</w:t>
      </w:r>
      <w:proofErr w:type="spellEnd"/>
      <w:r w:rsidRPr="004B1C10">
        <w:t xml:space="preserve"> </w:t>
      </w:r>
      <w:proofErr w:type="spellStart"/>
      <w:r w:rsidRPr="004B1C10">
        <w:t>edilmesi</w:t>
      </w:r>
      <w:proofErr w:type="spellEnd"/>
      <w:r w:rsidRPr="004B1C10">
        <w:t xml:space="preserve"> </w:t>
      </w:r>
      <w:proofErr w:type="spellStart"/>
      <w:r w:rsidRPr="004B1C10">
        <w:t>önemle</w:t>
      </w:r>
      <w:proofErr w:type="spellEnd"/>
      <w:r w:rsidRPr="004B1C10">
        <w:t xml:space="preserve"> </w:t>
      </w:r>
      <w:proofErr w:type="spellStart"/>
      <w:r w:rsidRPr="004B1C10">
        <w:t>tavsiye</w:t>
      </w:r>
      <w:proofErr w:type="spellEnd"/>
      <w:r w:rsidRPr="004B1C10">
        <w:t xml:space="preserve"> </w:t>
      </w:r>
      <w:proofErr w:type="spellStart"/>
      <w:r w:rsidRPr="004B1C10">
        <w:t>olunur</w:t>
      </w:r>
      <w:proofErr w:type="spellEnd"/>
      <w:r w:rsidRPr="004B1C10">
        <w:t>.</w:t>
      </w:r>
    </w:p>
    <w:p w14:paraId="5A69D49E" w14:textId="7F9EE8A4" w:rsidR="0097495C" w:rsidRPr="0080456C" w:rsidRDefault="0097495C" w:rsidP="0080456C">
      <w:pPr>
        <w:pStyle w:val="NormalWeb"/>
        <w:spacing w:line="300" w:lineRule="atLeast"/>
        <w:rPr>
          <w:rFonts w:ascii="Segoe UI" w:hAnsi="Segoe UI" w:cs="Segoe UI"/>
          <w:szCs w:val="21"/>
          <w:u w:val="single"/>
        </w:rPr>
      </w:pPr>
      <w:r w:rsidRPr="0080456C">
        <w:rPr>
          <w:b/>
          <w:sz w:val="22"/>
          <w:u w:val="single"/>
        </w:rPr>
        <w:t>Peşin Kredi Kartı Anlaşmalı Bankalar</w:t>
      </w:r>
    </w:p>
    <w:p w14:paraId="290E94C1" w14:textId="77777777" w:rsidR="0097495C" w:rsidRDefault="0097495C" w:rsidP="0097495C">
      <w:pPr>
        <w:pStyle w:val="ListeMaddemi"/>
      </w:pPr>
      <w:proofErr w:type="spellStart"/>
      <w:r>
        <w:rPr>
          <w:b/>
        </w:rPr>
        <w:t>Akbank</w:t>
      </w:r>
      <w:proofErr w:type="spellEnd"/>
      <w:r>
        <w:rPr>
          <w:b/>
        </w:rPr>
        <w:t xml:space="preserve"> (</w:t>
      </w:r>
      <w:proofErr w:type="gramStart"/>
      <w:r>
        <w:rPr>
          <w:b/>
        </w:rPr>
        <w:t xml:space="preserve">Axess)   </w:t>
      </w:r>
      <w:proofErr w:type="gramEnd"/>
      <w:r>
        <w:rPr>
          <w:b/>
        </w:rPr>
        <w:t xml:space="preserve">                         </w:t>
      </w:r>
      <w:hyperlink r:id="rId8" w:history="1">
        <w:r w:rsidRPr="00B8698D">
          <w:rPr>
            <w:rStyle w:val="Kpr"/>
            <w:b/>
          </w:rPr>
          <w:t>https://www.axess.com.tr/axess/kampanyalar</w:t>
        </w:r>
      </w:hyperlink>
      <w:r>
        <w:rPr>
          <w:b/>
        </w:rPr>
        <w:t xml:space="preserve"> </w:t>
      </w:r>
    </w:p>
    <w:p w14:paraId="2F6D8469" w14:textId="77777777" w:rsidR="0097495C" w:rsidRPr="00AF2BE9" w:rsidRDefault="0097495C" w:rsidP="0097495C">
      <w:pPr>
        <w:pStyle w:val="ListeMaddemi"/>
        <w:rPr>
          <w:sz w:val="18"/>
          <w:szCs w:val="18"/>
        </w:rPr>
      </w:pPr>
      <w:r>
        <w:rPr>
          <w:b/>
        </w:rPr>
        <w:t xml:space="preserve">Türkiye </w:t>
      </w:r>
      <w:proofErr w:type="spellStart"/>
      <w:r>
        <w:rPr>
          <w:b/>
        </w:rPr>
        <w:t>İş</w:t>
      </w:r>
      <w:proofErr w:type="spellEnd"/>
      <w:r>
        <w:rPr>
          <w:b/>
        </w:rPr>
        <w:t xml:space="preserve"> </w:t>
      </w:r>
      <w:proofErr w:type="spellStart"/>
      <w:r>
        <w:rPr>
          <w:b/>
        </w:rPr>
        <w:t>Bankası</w:t>
      </w:r>
      <w:proofErr w:type="spellEnd"/>
      <w:r>
        <w:rPr>
          <w:b/>
        </w:rPr>
        <w:t xml:space="preserve"> (</w:t>
      </w:r>
      <w:proofErr w:type="gramStart"/>
      <w:r>
        <w:rPr>
          <w:b/>
        </w:rPr>
        <w:t xml:space="preserve">Maximum)   </w:t>
      </w:r>
      <w:proofErr w:type="gramEnd"/>
      <w:r>
        <w:fldChar w:fldCharType="begin"/>
      </w:r>
      <w:r>
        <w:instrText>HYPERLINK "https://www.maximum.com.tr/kampanyalar/egitim-kirtasiye-kampanyalari"</w:instrText>
      </w:r>
      <w:r>
        <w:fldChar w:fldCharType="separate"/>
      </w:r>
      <w:r w:rsidRPr="00B8698D">
        <w:rPr>
          <w:rStyle w:val="Kpr"/>
          <w:b/>
          <w:sz w:val="18"/>
          <w:szCs w:val="18"/>
        </w:rPr>
        <w:t>https://www.maximum.com.tr/kampanyalar/egitim-kirtasiye-kampanyalari</w:t>
      </w:r>
      <w:r>
        <w:fldChar w:fldCharType="end"/>
      </w:r>
      <w:r w:rsidRPr="00AF2BE9">
        <w:rPr>
          <w:b/>
          <w:sz w:val="18"/>
          <w:szCs w:val="18"/>
        </w:rPr>
        <w:t xml:space="preserve"> </w:t>
      </w:r>
    </w:p>
    <w:p w14:paraId="177D70E3" w14:textId="77777777" w:rsidR="0097495C" w:rsidRDefault="0097495C" w:rsidP="0097495C">
      <w:pPr>
        <w:pStyle w:val="ListeMaddemi"/>
      </w:pPr>
      <w:r>
        <w:rPr>
          <w:b/>
        </w:rPr>
        <w:t xml:space="preserve">VakıfBank (World / Troy) -           </w:t>
      </w:r>
      <w:hyperlink r:id="rId9" w:history="1">
        <w:r w:rsidRPr="00B8698D">
          <w:rPr>
            <w:rStyle w:val="Kpr"/>
            <w:b/>
          </w:rPr>
          <w:t>https://www.vakifkart.com.tr/kampanyalar</w:t>
        </w:r>
      </w:hyperlink>
      <w:r>
        <w:rPr>
          <w:b/>
        </w:rPr>
        <w:t xml:space="preserve"> </w:t>
      </w:r>
    </w:p>
    <w:p w14:paraId="4260658B" w14:textId="77777777" w:rsidR="0097495C" w:rsidRDefault="0097495C" w:rsidP="0097495C">
      <w:pPr>
        <w:pStyle w:val="ListeMaddemi"/>
      </w:pPr>
      <w:r>
        <w:rPr>
          <w:b/>
        </w:rPr>
        <w:t>TEB (</w:t>
      </w:r>
      <w:proofErr w:type="gramStart"/>
      <w:r>
        <w:rPr>
          <w:b/>
        </w:rPr>
        <w:t xml:space="preserve">Bonus)   </w:t>
      </w:r>
      <w:proofErr w:type="gramEnd"/>
      <w:r>
        <w:rPr>
          <w:b/>
        </w:rPr>
        <w:t xml:space="preserve">                              </w:t>
      </w:r>
      <w:hyperlink r:id="rId10" w:history="1">
        <w:r w:rsidRPr="00B8698D">
          <w:rPr>
            <w:rStyle w:val="Kpr"/>
            <w:b/>
          </w:rPr>
          <w:t>https://www.teb.com.tr/sizin-icin/kampanyalar/</w:t>
        </w:r>
      </w:hyperlink>
      <w:r>
        <w:rPr>
          <w:b/>
        </w:rPr>
        <w:t xml:space="preserve"> </w:t>
      </w:r>
    </w:p>
    <w:p w14:paraId="07245E5D" w14:textId="77777777" w:rsidR="0097495C" w:rsidRDefault="0097495C" w:rsidP="0097495C">
      <w:pPr>
        <w:pStyle w:val="ListeMaddemi"/>
      </w:pPr>
      <w:r>
        <w:rPr>
          <w:b/>
        </w:rPr>
        <w:t>Garanti BBVA (</w:t>
      </w:r>
      <w:proofErr w:type="gramStart"/>
      <w:r>
        <w:rPr>
          <w:b/>
        </w:rPr>
        <w:t xml:space="preserve">Bonus)   </w:t>
      </w:r>
      <w:proofErr w:type="gramEnd"/>
      <w:r>
        <w:rPr>
          <w:b/>
        </w:rPr>
        <w:t xml:space="preserve">              </w:t>
      </w:r>
      <w:hyperlink r:id="rId11" w:history="1">
        <w:r w:rsidRPr="00B8698D">
          <w:rPr>
            <w:rStyle w:val="Kpr"/>
            <w:b/>
          </w:rPr>
          <w:t>https://www.bonus.com.tr/kampanyalar/sektor/egitim</w:t>
        </w:r>
      </w:hyperlink>
    </w:p>
    <w:p w14:paraId="1FDBEF75" w14:textId="77777777" w:rsidR="00300E89" w:rsidRDefault="00300E89" w:rsidP="00300E89">
      <w:pPr>
        <w:pStyle w:val="ListeMaddemi"/>
        <w:numPr>
          <w:ilvl w:val="0"/>
          <w:numId w:val="0"/>
        </w:numPr>
        <w:ind w:left="360"/>
      </w:pPr>
    </w:p>
    <w:p w14:paraId="0C4D3A7B" w14:textId="77777777" w:rsidR="00B33A7A" w:rsidRDefault="00B33A7A"/>
    <w:p w14:paraId="7CD66640" w14:textId="29B19A2F" w:rsidR="00F5601E" w:rsidRDefault="00DA294F">
      <w:pPr>
        <w:rPr>
          <w:b/>
          <w:color w:val="1F4E79"/>
          <w:sz w:val="28"/>
          <w:szCs w:val="24"/>
          <w:u w:val="single"/>
        </w:rPr>
      </w:pPr>
      <w:r>
        <w:rPr>
          <w:b/>
          <w:color w:val="1F4E79"/>
          <w:sz w:val="26"/>
        </w:rPr>
        <w:t>2.</w:t>
      </w:r>
      <w:r w:rsidR="00F5601E">
        <w:rPr>
          <w:b/>
          <w:color w:val="1F4E79"/>
          <w:sz w:val="26"/>
        </w:rPr>
        <w:t xml:space="preserve"> </w:t>
      </w:r>
      <w:r w:rsidR="00F5601E" w:rsidRPr="00F5601E">
        <w:rPr>
          <w:b/>
          <w:color w:val="1F4E79"/>
          <w:sz w:val="28"/>
          <w:szCs w:val="24"/>
          <w:u w:val="single"/>
        </w:rPr>
        <w:t>YAPI KREDİ TAKSİTLİ EĞİTİM SİSTEMİ (TEST)</w:t>
      </w:r>
    </w:p>
    <w:p w14:paraId="469F9288" w14:textId="77777777" w:rsidR="00E7363E" w:rsidRPr="00E7363E" w:rsidRDefault="00E7363E" w:rsidP="00E7363E">
      <w:pPr>
        <w:ind w:left="720"/>
        <w:rPr>
          <w:lang w:val="tr-TR"/>
        </w:rPr>
      </w:pPr>
      <w:r w:rsidRPr="00E7363E">
        <w:rPr>
          <w:lang w:val="tr-TR"/>
        </w:rPr>
        <w:t>Öğrenim ücreti ödemelerinizi Yapı Kredi Taksitli Eğitim Sistemi (TEST) aracılığıyla 8 taksit şeklinde gerçekleştirebilirsiniz.</w:t>
      </w:r>
    </w:p>
    <w:p w14:paraId="72C53952" w14:textId="77777777" w:rsidR="00E7363E" w:rsidRPr="00E7363E" w:rsidRDefault="00E7363E" w:rsidP="00E7363E">
      <w:pPr>
        <w:numPr>
          <w:ilvl w:val="0"/>
          <w:numId w:val="19"/>
        </w:numPr>
        <w:rPr>
          <w:lang w:val="tr-TR"/>
        </w:rPr>
      </w:pPr>
      <w:r w:rsidRPr="00E7363E">
        <w:rPr>
          <w:lang w:val="tr-TR"/>
        </w:rPr>
        <w:t xml:space="preserve">Sistem kapsamında kredi kartı kullanılmadan ve peşinat ödenmeden taksitli ödeme yapılabilmektedir. </w:t>
      </w:r>
    </w:p>
    <w:p w14:paraId="1334EC1D" w14:textId="77777777" w:rsidR="00E7363E" w:rsidRPr="00E7363E" w:rsidRDefault="00E7363E" w:rsidP="00E7363E">
      <w:pPr>
        <w:numPr>
          <w:ilvl w:val="0"/>
          <w:numId w:val="19"/>
        </w:numPr>
        <w:rPr>
          <w:lang w:val="tr-TR"/>
        </w:rPr>
      </w:pPr>
      <w:r w:rsidRPr="00E7363E">
        <w:rPr>
          <w:lang w:val="tr-TR"/>
        </w:rPr>
        <w:t xml:space="preserve">Taksitli Eğitim Sistemi (TEST), Yapı Kredi Kredili Mevduat Hesabı (KMH) üzerinden çalışmaktadır. </w:t>
      </w:r>
    </w:p>
    <w:p w14:paraId="60A6B147" w14:textId="54147665" w:rsidR="0014698F" w:rsidRPr="00E7363E" w:rsidRDefault="00746DEC" w:rsidP="00E7363E">
      <w:pPr>
        <w:rPr>
          <w:lang w:val="tr-TR"/>
        </w:rPr>
      </w:pPr>
      <w:proofErr w:type="spellStart"/>
      <w:r>
        <w:rPr>
          <w:b/>
          <w:sz w:val="22"/>
        </w:rPr>
        <w:t>Başvuru</w:t>
      </w:r>
      <w:proofErr w:type="spellEnd"/>
      <w:r>
        <w:rPr>
          <w:b/>
          <w:sz w:val="22"/>
        </w:rPr>
        <w:t xml:space="preserve"> </w:t>
      </w:r>
      <w:proofErr w:type="spellStart"/>
      <w:r>
        <w:rPr>
          <w:b/>
          <w:sz w:val="22"/>
        </w:rPr>
        <w:t>Kanalları</w:t>
      </w:r>
      <w:proofErr w:type="spellEnd"/>
      <w:r w:rsidR="00AF2BE9">
        <w:rPr>
          <w:b/>
          <w:sz w:val="22"/>
        </w:rPr>
        <w:t>:</w:t>
      </w:r>
    </w:p>
    <w:p w14:paraId="6960ACFA" w14:textId="77777777" w:rsidR="00B10996" w:rsidRPr="00C47A44" w:rsidRDefault="00746DEC">
      <w:pPr>
        <w:rPr>
          <w:u w:val="single"/>
        </w:rPr>
      </w:pPr>
      <w:proofErr w:type="spellStart"/>
      <w:r w:rsidRPr="00C47A44">
        <w:rPr>
          <w:b/>
          <w:bCs/>
          <w:u w:val="single"/>
        </w:rPr>
        <w:t>Yapı</w:t>
      </w:r>
      <w:proofErr w:type="spellEnd"/>
      <w:r w:rsidRPr="00C47A44">
        <w:rPr>
          <w:b/>
          <w:bCs/>
          <w:u w:val="single"/>
        </w:rPr>
        <w:t xml:space="preserve"> </w:t>
      </w:r>
      <w:proofErr w:type="spellStart"/>
      <w:r w:rsidRPr="00C47A44">
        <w:rPr>
          <w:b/>
          <w:bCs/>
          <w:u w:val="single"/>
        </w:rPr>
        <w:t>Kredi</w:t>
      </w:r>
      <w:proofErr w:type="spellEnd"/>
      <w:r w:rsidRPr="00C47A44">
        <w:rPr>
          <w:b/>
          <w:bCs/>
          <w:u w:val="single"/>
        </w:rPr>
        <w:t xml:space="preserve"> </w:t>
      </w:r>
      <w:proofErr w:type="spellStart"/>
      <w:r w:rsidRPr="00C47A44">
        <w:rPr>
          <w:b/>
          <w:bCs/>
          <w:u w:val="single"/>
        </w:rPr>
        <w:t>müşterileri</w:t>
      </w:r>
      <w:proofErr w:type="spellEnd"/>
      <w:r w:rsidRPr="00C47A44">
        <w:rPr>
          <w:b/>
          <w:bCs/>
          <w:u w:val="single"/>
        </w:rPr>
        <w:t>:</w:t>
      </w:r>
      <w:r w:rsidRPr="00C47A44">
        <w:rPr>
          <w:u w:val="single"/>
        </w:rPr>
        <w:t xml:space="preserve"> </w:t>
      </w:r>
    </w:p>
    <w:p w14:paraId="7F2647A0" w14:textId="0CBEAFB7" w:rsidR="004936FA" w:rsidRDefault="00AF2BE9">
      <w:r w:rsidRPr="00AF2BE9">
        <w:rPr>
          <w:b/>
          <w:bCs/>
        </w:rPr>
        <w:t xml:space="preserve">Mobil </w:t>
      </w:r>
      <w:proofErr w:type="spellStart"/>
      <w:proofErr w:type="gramStart"/>
      <w:r w:rsidRPr="00AF2BE9">
        <w:rPr>
          <w:b/>
          <w:bCs/>
        </w:rPr>
        <w:t>ve</w:t>
      </w:r>
      <w:r>
        <w:rPr>
          <w:b/>
          <w:bCs/>
        </w:rPr>
        <w:t>ya</w:t>
      </w:r>
      <w:proofErr w:type="spellEnd"/>
      <w:r>
        <w:rPr>
          <w:b/>
          <w:bCs/>
        </w:rPr>
        <w:t xml:space="preserve"> </w:t>
      </w:r>
      <w:r w:rsidRPr="00AF2BE9">
        <w:rPr>
          <w:b/>
          <w:bCs/>
        </w:rPr>
        <w:t xml:space="preserve"> İnternet</w:t>
      </w:r>
      <w:proofErr w:type="gramEnd"/>
      <w:r w:rsidRPr="00AF2BE9">
        <w:rPr>
          <w:b/>
          <w:bCs/>
        </w:rPr>
        <w:t xml:space="preserve"> </w:t>
      </w:r>
      <w:proofErr w:type="spellStart"/>
      <w:r w:rsidRPr="00AF2BE9">
        <w:rPr>
          <w:b/>
          <w:bCs/>
        </w:rPr>
        <w:t>Bankacılığı</w:t>
      </w:r>
      <w:proofErr w:type="spellEnd"/>
      <w:r w:rsidRPr="00AF2BE9">
        <w:rPr>
          <w:b/>
          <w:bCs/>
        </w:rPr>
        <w:t xml:space="preserve"> </w:t>
      </w:r>
      <w:proofErr w:type="spellStart"/>
      <w:r w:rsidRPr="00AF2BE9">
        <w:rPr>
          <w:b/>
          <w:bCs/>
        </w:rPr>
        <w:t>üzerinden</w:t>
      </w:r>
      <w:proofErr w:type="spellEnd"/>
      <w:r>
        <w:rPr>
          <w:b/>
          <w:bCs/>
        </w:rPr>
        <w:t xml:space="preserve"> </w:t>
      </w:r>
      <w:proofErr w:type="spellStart"/>
      <w:r>
        <w:rPr>
          <w:b/>
          <w:bCs/>
        </w:rPr>
        <w:t>giriş</w:t>
      </w:r>
      <w:proofErr w:type="spellEnd"/>
      <w:r>
        <w:rPr>
          <w:b/>
          <w:bCs/>
        </w:rPr>
        <w:t xml:space="preserve"> </w:t>
      </w:r>
      <w:proofErr w:type="spellStart"/>
      <w:r>
        <w:rPr>
          <w:b/>
          <w:bCs/>
        </w:rPr>
        <w:t>yaparak</w:t>
      </w:r>
      <w:proofErr w:type="spellEnd"/>
      <w:r>
        <w:t xml:space="preserve">→ </w:t>
      </w:r>
      <w:proofErr w:type="spellStart"/>
      <w:r>
        <w:t>Ödemeler</w:t>
      </w:r>
      <w:proofErr w:type="spellEnd"/>
      <w:r>
        <w:t xml:space="preserve"> → </w:t>
      </w:r>
      <w:proofErr w:type="spellStart"/>
      <w:r>
        <w:t>Eğitim</w:t>
      </w:r>
      <w:proofErr w:type="spellEnd"/>
      <w:r>
        <w:t xml:space="preserve"> </w:t>
      </w:r>
      <w:proofErr w:type="spellStart"/>
      <w:r>
        <w:t>Ödemeleri</w:t>
      </w:r>
      <w:proofErr w:type="spellEnd"/>
      <w:r>
        <w:t xml:space="preserve"> → </w:t>
      </w:r>
      <w:proofErr w:type="spellStart"/>
      <w:r>
        <w:t>Taksitli</w:t>
      </w:r>
      <w:proofErr w:type="spellEnd"/>
      <w:r>
        <w:t xml:space="preserve"> </w:t>
      </w:r>
      <w:proofErr w:type="spellStart"/>
      <w:r>
        <w:t>Eğitim</w:t>
      </w:r>
      <w:proofErr w:type="spellEnd"/>
      <w:r>
        <w:t xml:space="preserve"> Sistemi </w:t>
      </w:r>
      <w:proofErr w:type="spellStart"/>
      <w:r>
        <w:t>Başvuru</w:t>
      </w:r>
      <w:proofErr w:type="spellEnd"/>
      <w:r>
        <w:t xml:space="preserve"> ve </w:t>
      </w:r>
      <w:proofErr w:type="spellStart"/>
      <w:r>
        <w:t>Talimat</w:t>
      </w:r>
      <w:proofErr w:type="spellEnd"/>
      <w:r>
        <w:t xml:space="preserve"> </w:t>
      </w:r>
      <w:proofErr w:type="spellStart"/>
      <w:r>
        <w:t>Girişi</w:t>
      </w:r>
      <w:proofErr w:type="spellEnd"/>
      <w:r>
        <w:t xml:space="preserve"> (TEST). </w:t>
      </w:r>
      <w:proofErr w:type="spellStart"/>
      <w:r>
        <w:t>Öğrencinin</w:t>
      </w:r>
      <w:proofErr w:type="spellEnd"/>
      <w:r>
        <w:t xml:space="preserve"> T.C. </w:t>
      </w:r>
      <w:proofErr w:type="spellStart"/>
      <w:r>
        <w:t>Kimlik</w:t>
      </w:r>
      <w:proofErr w:type="spellEnd"/>
      <w:r>
        <w:t xml:space="preserve"> </w:t>
      </w:r>
      <w:proofErr w:type="spellStart"/>
      <w:r>
        <w:t>Numarası</w:t>
      </w:r>
      <w:proofErr w:type="spellEnd"/>
      <w:r>
        <w:t xml:space="preserve"> </w:t>
      </w:r>
      <w:proofErr w:type="spellStart"/>
      <w:r>
        <w:t>ile</w:t>
      </w:r>
      <w:proofErr w:type="spellEnd"/>
      <w:r>
        <w:t xml:space="preserve"> </w:t>
      </w:r>
      <w:proofErr w:type="spellStart"/>
      <w:r>
        <w:t>başvuru</w:t>
      </w:r>
      <w:proofErr w:type="spellEnd"/>
      <w:r>
        <w:t xml:space="preserve"> </w:t>
      </w:r>
      <w:proofErr w:type="spellStart"/>
      <w:r>
        <w:t>yapılabilir</w:t>
      </w:r>
      <w:proofErr w:type="spellEnd"/>
      <w:r>
        <w:t>.</w:t>
      </w:r>
    </w:p>
    <w:p w14:paraId="696BC4CC" w14:textId="77777777" w:rsidR="00B10996" w:rsidRPr="00C47A44" w:rsidRDefault="00746DEC">
      <w:pPr>
        <w:rPr>
          <w:u w:val="single"/>
        </w:rPr>
      </w:pPr>
      <w:proofErr w:type="spellStart"/>
      <w:r w:rsidRPr="00C47A44">
        <w:rPr>
          <w:b/>
          <w:bCs/>
          <w:u w:val="single"/>
        </w:rPr>
        <w:t>Yapı</w:t>
      </w:r>
      <w:proofErr w:type="spellEnd"/>
      <w:r w:rsidRPr="00C47A44">
        <w:rPr>
          <w:b/>
          <w:bCs/>
          <w:u w:val="single"/>
        </w:rPr>
        <w:t xml:space="preserve"> </w:t>
      </w:r>
      <w:proofErr w:type="spellStart"/>
      <w:r w:rsidRPr="00C47A44">
        <w:rPr>
          <w:b/>
          <w:bCs/>
          <w:u w:val="single"/>
        </w:rPr>
        <w:t>Kredi</w:t>
      </w:r>
      <w:proofErr w:type="spellEnd"/>
      <w:r w:rsidRPr="00C47A44">
        <w:rPr>
          <w:b/>
          <w:bCs/>
          <w:u w:val="single"/>
        </w:rPr>
        <w:t xml:space="preserve"> </w:t>
      </w:r>
      <w:proofErr w:type="spellStart"/>
      <w:r w:rsidRPr="00C47A44">
        <w:rPr>
          <w:b/>
          <w:bCs/>
          <w:u w:val="single"/>
        </w:rPr>
        <w:t>müşterisi</w:t>
      </w:r>
      <w:proofErr w:type="spellEnd"/>
      <w:r w:rsidRPr="00C47A44">
        <w:rPr>
          <w:b/>
          <w:bCs/>
          <w:u w:val="single"/>
        </w:rPr>
        <w:t xml:space="preserve"> </w:t>
      </w:r>
      <w:proofErr w:type="spellStart"/>
      <w:r w:rsidRPr="00C47A44">
        <w:rPr>
          <w:b/>
          <w:bCs/>
          <w:u w:val="single"/>
        </w:rPr>
        <w:t>olmayanlar</w:t>
      </w:r>
      <w:proofErr w:type="spellEnd"/>
      <w:r w:rsidRPr="00C47A44">
        <w:rPr>
          <w:u w:val="single"/>
        </w:rPr>
        <w:t xml:space="preserve">: </w:t>
      </w:r>
    </w:p>
    <w:p w14:paraId="72B2500C" w14:textId="3CD8EF94" w:rsidR="0014698F" w:rsidRDefault="00746DEC">
      <w:r>
        <w:t xml:space="preserve">Online </w:t>
      </w:r>
      <w:proofErr w:type="spellStart"/>
      <w:r>
        <w:t>başvuru</w:t>
      </w:r>
      <w:proofErr w:type="spellEnd"/>
      <w:r>
        <w:t xml:space="preserve"> </w:t>
      </w:r>
      <w:proofErr w:type="spellStart"/>
      <w:r>
        <w:t>için</w:t>
      </w:r>
      <w:proofErr w:type="spellEnd"/>
      <w:r>
        <w:t xml:space="preserve"> </w:t>
      </w:r>
      <w:proofErr w:type="spellStart"/>
      <w:r>
        <w:t>aşağıdaki</w:t>
      </w:r>
      <w:proofErr w:type="spellEnd"/>
      <w:r>
        <w:t xml:space="preserve"> </w:t>
      </w:r>
      <w:proofErr w:type="spellStart"/>
      <w:r>
        <w:t>bağlantıyı</w:t>
      </w:r>
      <w:proofErr w:type="spellEnd"/>
      <w:r>
        <w:t xml:space="preserve"> </w:t>
      </w:r>
      <w:proofErr w:type="spellStart"/>
      <w:r>
        <w:t>kullanabilirler</w:t>
      </w:r>
      <w:proofErr w:type="spellEnd"/>
      <w:r>
        <w:t>:</w:t>
      </w:r>
    </w:p>
    <w:p w14:paraId="3DB5C14A" w14:textId="4C88B7D0" w:rsidR="0014698F" w:rsidRDefault="00B10996">
      <w:pPr>
        <w:rPr>
          <w:b/>
        </w:rPr>
      </w:pPr>
      <w:r>
        <w:rPr>
          <w:b/>
        </w:rPr>
        <w:t xml:space="preserve"> </w:t>
      </w:r>
      <w:hyperlink r:id="rId12" w:history="1">
        <w:r w:rsidRPr="00B8698D">
          <w:rPr>
            <w:rStyle w:val="Kpr"/>
            <w:b/>
          </w:rPr>
          <w:t>https://www.yapikredi.com.tr/bireysel-bankacilik/odemeler-ve-hizmetler/taksitli-egitim-sistemi</w:t>
        </w:r>
      </w:hyperlink>
      <w:r>
        <w:rPr>
          <w:b/>
        </w:rPr>
        <w:t xml:space="preserve"> </w:t>
      </w:r>
    </w:p>
    <w:p w14:paraId="6BA6884F" w14:textId="77777777" w:rsidR="00437F0E" w:rsidRDefault="00437F0E"/>
    <w:p w14:paraId="00C50123" w14:textId="77777777" w:rsidR="0014698F" w:rsidRDefault="00746DEC">
      <w:proofErr w:type="spellStart"/>
      <w:r>
        <w:rPr>
          <w:b/>
          <w:sz w:val="22"/>
        </w:rPr>
        <w:lastRenderedPageBreak/>
        <w:t>Ödeme</w:t>
      </w:r>
      <w:proofErr w:type="spellEnd"/>
      <w:r>
        <w:rPr>
          <w:b/>
          <w:sz w:val="22"/>
        </w:rPr>
        <w:t xml:space="preserve"> </w:t>
      </w:r>
      <w:proofErr w:type="spellStart"/>
      <w:r>
        <w:rPr>
          <w:b/>
          <w:sz w:val="22"/>
        </w:rPr>
        <w:t>Planı</w:t>
      </w:r>
      <w:proofErr w:type="spellEnd"/>
      <w:r>
        <w:rPr>
          <w:b/>
          <w:sz w:val="22"/>
        </w:rPr>
        <w:t xml:space="preserve"> ve İlk </w:t>
      </w:r>
      <w:proofErr w:type="spellStart"/>
      <w:r>
        <w:rPr>
          <w:b/>
          <w:sz w:val="22"/>
        </w:rPr>
        <w:t>Taksit</w:t>
      </w:r>
      <w:proofErr w:type="spellEnd"/>
      <w:r>
        <w:rPr>
          <w:b/>
          <w:sz w:val="22"/>
        </w:rPr>
        <w:t xml:space="preserve"> </w:t>
      </w:r>
      <w:proofErr w:type="spellStart"/>
      <w:r>
        <w:rPr>
          <w:b/>
          <w:sz w:val="22"/>
        </w:rPr>
        <w:t>Tarihi</w:t>
      </w:r>
      <w:proofErr w:type="spellEnd"/>
      <w:r>
        <w:rPr>
          <w:b/>
          <w:sz w:val="22"/>
        </w:rPr>
        <w:t xml:space="preserve"> Hakkında </w:t>
      </w:r>
      <w:proofErr w:type="spellStart"/>
      <w:r>
        <w:rPr>
          <w:b/>
          <w:sz w:val="22"/>
        </w:rPr>
        <w:t>Önemli</w:t>
      </w:r>
      <w:proofErr w:type="spellEnd"/>
      <w:r>
        <w:rPr>
          <w:b/>
          <w:sz w:val="22"/>
        </w:rPr>
        <w:t xml:space="preserve"> </w:t>
      </w:r>
      <w:proofErr w:type="spellStart"/>
      <w:r>
        <w:rPr>
          <w:b/>
          <w:sz w:val="22"/>
        </w:rPr>
        <w:t>Notlar</w:t>
      </w:r>
      <w:proofErr w:type="spellEnd"/>
    </w:p>
    <w:p w14:paraId="20C9599C" w14:textId="6CB67584" w:rsidR="0014698F" w:rsidRDefault="00746DEC">
      <w:r>
        <w:rPr>
          <w:b/>
        </w:rPr>
        <w:t xml:space="preserve">1. </w:t>
      </w:r>
      <w:proofErr w:type="spellStart"/>
      <w:r>
        <w:t>Ödeme</w:t>
      </w:r>
      <w:proofErr w:type="spellEnd"/>
      <w:r>
        <w:t xml:space="preserve"> </w:t>
      </w:r>
      <w:proofErr w:type="spellStart"/>
      <w:r>
        <w:t>tarihleri</w:t>
      </w:r>
      <w:proofErr w:type="spellEnd"/>
      <w:r>
        <w:t xml:space="preserve"> </w:t>
      </w:r>
      <w:proofErr w:type="spellStart"/>
      <w:r w:rsidR="0097495C">
        <w:t>ödeme</w:t>
      </w:r>
      <w:proofErr w:type="spellEnd"/>
      <w:r w:rsidR="0097495C">
        <w:t xml:space="preserve"> </w:t>
      </w:r>
      <w:proofErr w:type="spellStart"/>
      <w:r w:rsidR="0097495C">
        <w:t>planı</w:t>
      </w:r>
      <w:proofErr w:type="spellEnd"/>
      <w:r w:rsidR="0097495C">
        <w:t xml:space="preserve"> </w:t>
      </w:r>
      <w:proofErr w:type="spellStart"/>
      <w:r>
        <w:t>kurumumuz</w:t>
      </w:r>
      <w:proofErr w:type="spellEnd"/>
      <w:r>
        <w:t xml:space="preserve"> </w:t>
      </w:r>
      <w:proofErr w:type="spellStart"/>
      <w:r>
        <w:t>tarafından</w:t>
      </w:r>
      <w:proofErr w:type="spellEnd"/>
      <w:r>
        <w:t xml:space="preserve"> </w:t>
      </w:r>
      <w:proofErr w:type="spellStart"/>
      <w:r>
        <w:t>belirlenmez</w:t>
      </w:r>
      <w:proofErr w:type="spellEnd"/>
      <w:r>
        <w:t xml:space="preserve">; </w:t>
      </w:r>
      <w:proofErr w:type="spellStart"/>
      <w:r>
        <w:t>hesabı</w:t>
      </w:r>
      <w:proofErr w:type="spellEnd"/>
      <w:r>
        <w:t xml:space="preserve"> </w:t>
      </w:r>
      <w:proofErr w:type="spellStart"/>
      <w:r>
        <w:t>açan</w:t>
      </w:r>
      <w:proofErr w:type="spellEnd"/>
      <w:r>
        <w:t xml:space="preserve"> </w:t>
      </w:r>
      <w:proofErr w:type="spellStart"/>
      <w:r>
        <w:t>kişi</w:t>
      </w:r>
      <w:proofErr w:type="spellEnd"/>
      <w:r>
        <w:t xml:space="preserve"> </w:t>
      </w:r>
      <w:proofErr w:type="spellStart"/>
      <w:r>
        <w:t>ödeme</w:t>
      </w:r>
      <w:proofErr w:type="spellEnd"/>
      <w:r>
        <w:t xml:space="preserve"> </w:t>
      </w:r>
      <w:proofErr w:type="spellStart"/>
      <w:r>
        <w:t>tarihlerini</w:t>
      </w:r>
      <w:proofErr w:type="spellEnd"/>
      <w:r>
        <w:t xml:space="preserve"> </w:t>
      </w:r>
      <w:proofErr w:type="spellStart"/>
      <w:r>
        <w:t>sistem</w:t>
      </w:r>
      <w:proofErr w:type="spellEnd"/>
      <w:r>
        <w:t xml:space="preserve"> </w:t>
      </w:r>
      <w:proofErr w:type="spellStart"/>
      <w:r>
        <w:t>üzerinden</w:t>
      </w:r>
      <w:proofErr w:type="spellEnd"/>
      <w:r>
        <w:t xml:space="preserve"> </w:t>
      </w:r>
      <w:proofErr w:type="spellStart"/>
      <w:r>
        <w:t>seçer</w:t>
      </w:r>
      <w:proofErr w:type="spellEnd"/>
      <w:r>
        <w:t>.</w:t>
      </w:r>
    </w:p>
    <w:p w14:paraId="677F6A7F" w14:textId="77777777" w:rsidR="0014698F" w:rsidRDefault="00746DEC">
      <w:r>
        <w:rPr>
          <w:b/>
        </w:rPr>
        <w:t xml:space="preserve">2. </w:t>
      </w:r>
      <w:proofErr w:type="spellStart"/>
      <w:r>
        <w:t>Başvuru</w:t>
      </w:r>
      <w:proofErr w:type="spellEnd"/>
      <w:r>
        <w:t xml:space="preserve"> </w:t>
      </w:r>
      <w:proofErr w:type="spellStart"/>
      <w:r>
        <w:t>sırasında</w:t>
      </w:r>
      <w:proofErr w:type="spellEnd"/>
      <w:r>
        <w:t xml:space="preserve"> “</w:t>
      </w:r>
      <w:proofErr w:type="spellStart"/>
      <w:r>
        <w:t>Ödeme</w:t>
      </w:r>
      <w:proofErr w:type="spellEnd"/>
      <w:r>
        <w:t xml:space="preserve"> </w:t>
      </w:r>
      <w:proofErr w:type="spellStart"/>
      <w:r>
        <w:t>Bilgileri</w:t>
      </w:r>
      <w:proofErr w:type="spellEnd"/>
      <w:r>
        <w:t xml:space="preserve">” </w:t>
      </w:r>
      <w:proofErr w:type="spellStart"/>
      <w:r>
        <w:t>adımındaki</w:t>
      </w:r>
      <w:proofErr w:type="spellEnd"/>
      <w:r>
        <w:t xml:space="preserve"> </w:t>
      </w:r>
      <w:proofErr w:type="spellStart"/>
      <w:r>
        <w:t>Peşin</w:t>
      </w:r>
      <w:proofErr w:type="spellEnd"/>
      <w:r>
        <w:t xml:space="preserve"> </w:t>
      </w:r>
      <w:proofErr w:type="spellStart"/>
      <w:r>
        <w:t>Ödeme</w:t>
      </w:r>
      <w:proofErr w:type="spellEnd"/>
      <w:r>
        <w:t xml:space="preserve"> </w:t>
      </w:r>
      <w:proofErr w:type="spellStart"/>
      <w:r>
        <w:t>Tutarı</w:t>
      </w:r>
      <w:proofErr w:type="spellEnd"/>
      <w:r>
        <w:t xml:space="preserve"> </w:t>
      </w:r>
      <w:proofErr w:type="spellStart"/>
      <w:r>
        <w:t>alanı</w:t>
      </w:r>
      <w:proofErr w:type="spellEnd"/>
      <w:r>
        <w:t xml:space="preserve"> </w:t>
      </w:r>
      <w:r w:rsidRPr="004B1C10">
        <w:t>0 TL</w:t>
      </w:r>
      <w:r>
        <w:t xml:space="preserve"> </w:t>
      </w:r>
      <w:proofErr w:type="spellStart"/>
      <w:r>
        <w:t>olarak</w:t>
      </w:r>
      <w:proofErr w:type="spellEnd"/>
      <w:r>
        <w:t xml:space="preserve"> </w:t>
      </w:r>
      <w:proofErr w:type="spellStart"/>
      <w:r>
        <w:t>bırakılmalıdır</w:t>
      </w:r>
      <w:proofErr w:type="spellEnd"/>
      <w:r>
        <w:t>.</w:t>
      </w:r>
    </w:p>
    <w:p w14:paraId="1E2571A7" w14:textId="77777777" w:rsidR="0014698F" w:rsidRDefault="00746DEC">
      <w:r w:rsidRPr="004B1C10">
        <w:t xml:space="preserve">3. </w:t>
      </w:r>
      <w:r>
        <w:t xml:space="preserve">İlk </w:t>
      </w:r>
      <w:proofErr w:type="spellStart"/>
      <w:r>
        <w:t>taksit</w:t>
      </w:r>
      <w:proofErr w:type="spellEnd"/>
      <w:r>
        <w:t xml:space="preserve"> </w:t>
      </w:r>
      <w:proofErr w:type="spellStart"/>
      <w:r>
        <w:t>ödeme</w:t>
      </w:r>
      <w:proofErr w:type="spellEnd"/>
      <w:r>
        <w:t xml:space="preserve"> </w:t>
      </w:r>
      <w:proofErr w:type="spellStart"/>
      <w:r>
        <w:t>tarihi</w:t>
      </w:r>
      <w:proofErr w:type="spellEnd"/>
      <w:r>
        <w:t xml:space="preserve"> </w:t>
      </w:r>
      <w:proofErr w:type="spellStart"/>
      <w:r>
        <w:t>başvuru</w:t>
      </w:r>
      <w:proofErr w:type="spellEnd"/>
      <w:r>
        <w:t xml:space="preserve"> </w:t>
      </w:r>
      <w:proofErr w:type="spellStart"/>
      <w:r>
        <w:t>sırasında</w:t>
      </w:r>
      <w:proofErr w:type="spellEnd"/>
      <w:r>
        <w:t xml:space="preserve"> </w:t>
      </w:r>
      <w:r w:rsidRPr="004B1C10">
        <w:t xml:space="preserve">15 </w:t>
      </w:r>
      <w:proofErr w:type="spellStart"/>
      <w:r w:rsidRPr="004B1C10">
        <w:t>gün</w:t>
      </w:r>
      <w:proofErr w:type="spellEnd"/>
      <w:r>
        <w:t xml:space="preserve"> </w:t>
      </w:r>
      <w:proofErr w:type="spellStart"/>
      <w:r>
        <w:t>sonrasına</w:t>
      </w:r>
      <w:proofErr w:type="spellEnd"/>
      <w:r>
        <w:t xml:space="preserve"> </w:t>
      </w:r>
      <w:proofErr w:type="spellStart"/>
      <w:r>
        <w:t>kadar</w:t>
      </w:r>
      <w:proofErr w:type="spellEnd"/>
      <w:r>
        <w:t xml:space="preserve"> </w:t>
      </w:r>
      <w:proofErr w:type="spellStart"/>
      <w:r>
        <w:t>ertelenebilir</w:t>
      </w:r>
      <w:proofErr w:type="spellEnd"/>
      <w:r>
        <w:t>.</w:t>
      </w:r>
    </w:p>
    <w:p w14:paraId="1D85D7DB" w14:textId="39ED5386" w:rsidR="0014698F" w:rsidRPr="00A11DA0" w:rsidRDefault="00746DEC" w:rsidP="00A11DA0">
      <w:pPr>
        <w:spacing w:line="300" w:lineRule="atLeast"/>
        <w:rPr>
          <w:rFonts w:ascii="Segoe UI" w:eastAsia="Times New Roman" w:hAnsi="Segoe UI" w:cs="Segoe UI"/>
          <w:szCs w:val="21"/>
          <w:lang w:val="tr-TR" w:eastAsia="tr-TR"/>
        </w:rPr>
      </w:pPr>
      <w:r>
        <w:rPr>
          <w:b/>
        </w:rPr>
        <w:t xml:space="preserve">4. </w:t>
      </w:r>
      <w:r w:rsidR="00A11DA0" w:rsidRPr="00A11DA0">
        <w:rPr>
          <w:rFonts w:ascii="Segoe UI" w:eastAsia="Times New Roman" w:hAnsi="Segoe UI" w:cs="Segoe UI"/>
          <w:b/>
          <w:bCs/>
          <w:szCs w:val="21"/>
          <w:lang w:val="tr-TR" w:eastAsia="tr-TR"/>
        </w:rPr>
        <w:t>İlk taksit tarihi</w:t>
      </w:r>
      <w:r w:rsidR="00A11DA0" w:rsidRPr="00A11DA0">
        <w:rPr>
          <w:rFonts w:ascii="Segoe UI" w:eastAsia="Times New Roman" w:hAnsi="Segoe UI" w:cs="Segoe UI"/>
          <w:szCs w:val="21"/>
          <w:lang w:val="tr-TR" w:eastAsia="tr-TR"/>
        </w:rPr>
        <w:t xml:space="preserve"> başvuru sırasında seçilmediği takdirde, ilk taksit tutarı ilgili banka tarafından başvurunun tamamlandığı gün tahsil edilebilmektedir. Bu nedenle başvuru işlemi sırasında </w:t>
      </w:r>
      <w:r w:rsidR="00A11DA0" w:rsidRPr="004B1C10">
        <w:rPr>
          <w:rFonts w:ascii="Segoe UI" w:eastAsia="Times New Roman" w:hAnsi="Segoe UI" w:cs="Segoe UI"/>
          <w:szCs w:val="21"/>
          <w:lang w:val="tr-TR" w:eastAsia="tr-TR"/>
        </w:rPr>
        <w:t>ilk taksit tarihinin</w:t>
      </w:r>
      <w:r w:rsidR="00A11DA0" w:rsidRPr="00A11DA0">
        <w:rPr>
          <w:rFonts w:ascii="Segoe UI" w:eastAsia="Times New Roman" w:hAnsi="Segoe UI" w:cs="Segoe UI"/>
          <w:szCs w:val="21"/>
          <w:lang w:val="tr-TR" w:eastAsia="tr-TR"/>
        </w:rPr>
        <w:t xml:space="preserve"> dikkatle kontrol edilmesi ve tercih edilmesi önemle tavsiye olunur.</w:t>
      </w:r>
    </w:p>
    <w:p w14:paraId="37B38DC5" w14:textId="60AA1212" w:rsidR="0000580E" w:rsidRDefault="00746DEC">
      <w:r>
        <w:rPr>
          <w:b/>
        </w:rPr>
        <w:t xml:space="preserve">5. </w:t>
      </w:r>
      <w:proofErr w:type="spellStart"/>
      <w:r>
        <w:t>Sonraki</w:t>
      </w:r>
      <w:proofErr w:type="spellEnd"/>
      <w:r>
        <w:t xml:space="preserve"> </w:t>
      </w:r>
      <w:proofErr w:type="spellStart"/>
      <w:r>
        <w:t>taksitler</w:t>
      </w:r>
      <w:proofErr w:type="spellEnd"/>
      <w:r>
        <w:t xml:space="preserve">, ilk </w:t>
      </w:r>
      <w:proofErr w:type="spellStart"/>
      <w:r>
        <w:t>taksit</w:t>
      </w:r>
      <w:proofErr w:type="spellEnd"/>
      <w:r>
        <w:t xml:space="preserve"> </w:t>
      </w:r>
      <w:proofErr w:type="spellStart"/>
      <w:r>
        <w:t>tarihinden</w:t>
      </w:r>
      <w:proofErr w:type="spellEnd"/>
      <w:r>
        <w:t xml:space="preserve"> </w:t>
      </w:r>
      <w:proofErr w:type="spellStart"/>
      <w:r>
        <w:t>itibaren</w:t>
      </w:r>
      <w:proofErr w:type="spellEnd"/>
      <w:r>
        <w:t xml:space="preserve"> her ay </w:t>
      </w:r>
      <w:proofErr w:type="spellStart"/>
      <w:r>
        <w:t>aynı</w:t>
      </w:r>
      <w:proofErr w:type="spellEnd"/>
      <w:r>
        <w:t xml:space="preserve"> </w:t>
      </w:r>
      <w:proofErr w:type="spellStart"/>
      <w:r>
        <w:t>gün</w:t>
      </w:r>
      <w:proofErr w:type="spellEnd"/>
      <w:r>
        <w:t xml:space="preserve"> </w:t>
      </w:r>
      <w:proofErr w:type="spellStart"/>
      <w:r>
        <w:t>otomatik</w:t>
      </w:r>
      <w:proofErr w:type="spellEnd"/>
      <w:r>
        <w:t xml:space="preserve"> </w:t>
      </w:r>
      <w:proofErr w:type="spellStart"/>
      <w:r>
        <w:t>olarak</w:t>
      </w:r>
      <w:proofErr w:type="spellEnd"/>
      <w:r>
        <w:t xml:space="preserve"> </w:t>
      </w:r>
      <w:proofErr w:type="spellStart"/>
      <w:r>
        <w:t>devam</w:t>
      </w:r>
      <w:proofErr w:type="spellEnd"/>
      <w:r>
        <w:t xml:space="preserve"> eder.</w:t>
      </w:r>
    </w:p>
    <w:p w14:paraId="373A4293" w14:textId="698B02A6" w:rsidR="00525F09" w:rsidRDefault="00525F09">
      <w:r w:rsidRPr="00506301">
        <w:rPr>
          <w:rFonts w:ascii="Times New Roman" w:hAnsi="Times New Roman" w:cs="Times New Roman"/>
          <w:noProof/>
        </w:rPr>
        <w:drawing>
          <wp:inline distT="0" distB="0" distL="0" distR="0" wp14:anchorId="14F19903" wp14:editId="02044E9C">
            <wp:extent cx="6332220" cy="2301965"/>
            <wp:effectExtent l="0" t="0" r="0" b="3175"/>
            <wp:docPr id="1727981642" name="Resim 1" descr="metin, ekran görüntüsü, yazılım, multimedya yazılımı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81642" name="Resim 1" descr="metin, ekran görüntüsü, yazılım, multimedya yazılımı içeren bir resim&#10;&#10;Yapay zeka tarafından oluşturulmuş içerik yanlış olabilir."/>
                    <pic:cNvPicPr/>
                  </pic:nvPicPr>
                  <pic:blipFill>
                    <a:blip r:embed="rId13"/>
                    <a:stretch>
                      <a:fillRect/>
                    </a:stretch>
                  </pic:blipFill>
                  <pic:spPr>
                    <a:xfrm>
                      <a:off x="0" y="0"/>
                      <a:ext cx="6332220" cy="2301965"/>
                    </a:xfrm>
                    <a:prstGeom prst="rect">
                      <a:avLst/>
                    </a:prstGeom>
                  </pic:spPr>
                </pic:pic>
              </a:graphicData>
            </a:graphic>
          </wp:inline>
        </w:drawing>
      </w:r>
    </w:p>
    <w:p w14:paraId="23D69C55" w14:textId="5B36854A" w:rsidR="00A11DA0" w:rsidRDefault="00525F09">
      <w:r w:rsidRPr="00506301">
        <w:rPr>
          <w:rFonts w:ascii="Times New Roman" w:hAnsi="Times New Roman" w:cs="Times New Roman"/>
          <w:noProof/>
        </w:rPr>
        <w:drawing>
          <wp:inline distT="0" distB="0" distL="0" distR="0" wp14:anchorId="55A44684" wp14:editId="4277649C">
            <wp:extent cx="6332220" cy="2379116"/>
            <wp:effectExtent l="0" t="0" r="0" b="2540"/>
            <wp:docPr id="1803367741" name="Resim 1" descr="metin, yazılım, ekran görüntüsü, multimedya yazılımı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367741" name="Resim 1" descr="metin, yazılım, ekran görüntüsü, multimedya yazılımı içeren bir resim&#10;&#10;Yapay zeka tarafından oluşturulmuş içerik yanlış olabilir."/>
                    <pic:cNvPicPr/>
                  </pic:nvPicPr>
                  <pic:blipFill>
                    <a:blip r:embed="rId14"/>
                    <a:stretch>
                      <a:fillRect/>
                    </a:stretch>
                  </pic:blipFill>
                  <pic:spPr>
                    <a:xfrm>
                      <a:off x="0" y="0"/>
                      <a:ext cx="6332220" cy="2379116"/>
                    </a:xfrm>
                    <a:prstGeom prst="rect">
                      <a:avLst/>
                    </a:prstGeom>
                  </pic:spPr>
                </pic:pic>
              </a:graphicData>
            </a:graphic>
          </wp:inline>
        </w:drawing>
      </w:r>
    </w:p>
    <w:p w14:paraId="70507236" w14:textId="77777777" w:rsidR="00FA5CB4" w:rsidRDefault="00FA5CB4"/>
    <w:p w14:paraId="307FB5E8" w14:textId="77777777" w:rsidR="00FA5CB4" w:rsidRDefault="00FA5CB4"/>
    <w:p w14:paraId="749E1B18" w14:textId="77777777" w:rsidR="00FA5CB4" w:rsidRDefault="00FA5CB4"/>
    <w:p w14:paraId="5B47DFF3" w14:textId="77777777" w:rsidR="004B1C10" w:rsidRDefault="004B1C10">
      <w:pPr>
        <w:rPr>
          <w:b/>
          <w:color w:val="1F4E79"/>
          <w:sz w:val="26"/>
        </w:rPr>
      </w:pPr>
    </w:p>
    <w:p w14:paraId="6C3C2C3C" w14:textId="77777777" w:rsidR="004B1C10" w:rsidRDefault="004B1C10">
      <w:pPr>
        <w:rPr>
          <w:b/>
          <w:color w:val="1F4E79"/>
          <w:sz w:val="26"/>
        </w:rPr>
      </w:pPr>
    </w:p>
    <w:p w14:paraId="24D5778B" w14:textId="6F67628A" w:rsidR="0014698F" w:rsidRPr="00525F09" w:rsidRDefault="004936FA">
      <w:pPr>
        <w:rPr>
          <w:u w:val="single"/>
        </w:rPr>
      </w:pPr>
      <w:r>
        <w:rPr>
          <w:b/>
          <w:color w:val="1F4E79"/>
          <w:sz w:val="26"/>
        </w:rPr>
        <w:t xml:space="preserve"> </w:t>
      </w:r>
      <w:proofErr w:type="gramStart"/>
      <w:r w:rsidR="00525F09" w:rsidRPr="00525F09">
        <w:rPr>
          <w:b/>
          <w:color w:val="1F4E79"/>
          <w:sz w:val="26"/>
          <w:u w:val="single"/>
        </w:rPr>
        <w:t>3 .</w:t>
      </w:r>
      <w:proofErr w:type="gramEnd"/>
      <w:r w:rsidR="00525F09" w:rsidRPr="00525F09">
        <w:rPr>
          <w:b/>
          <w:color w:val="1F4E79"/>
          <w:sz w:val="26"/>
          <w:u w:val="single"/>
        </w:rPr>
        <w:t xml:space="preserve"> </w:t>
      </w:r>
      <w:r w:rsidRPr="00525F09">
        <w:rPr>
          <w:b/>
          <w:color w:val="1F4E79"/>
          <w:sz w:val="26"/>
          <w:u w:val="single"/>
        </w:rPr>
        <w:t>YAPI KREDİ KURUM TAHSİLATI İLE PEŞİN ÖDEME</w:t>
      </w:r>
    </w:p>
    <w:p w14:paraId="5BEF2269" w14:textId="7D51DC8A" w:rsidR="00FA5CB4" w:rsidRPr="004B1C10" w:rsidRDefault="00FA5CB4" w:rsidP="00FA5CB4">
      <w:pPr>
        <w:rPr>
          <w:rFonts w:ascii="Segoe UI" w:eastAsia="Times New Roman" w:hAnsi="Segoe UI" w:cs="Segoe UI"/>
          <w:szCs w:val="21"/>
          <w:lang w:val="tr-TR" w:eastAsia="tr-TR"/>
        </w:rPr>
      </w:pPr>
      <w:r w:rsidRPr="004B1C10">
        <w:rPr>
          <w:rFonts w:ascii="Segoe UI" w:eastAsia="Times New Roman" w:hAnsi="Segoe UI" w:cs="Segoe UI"/>
          <w:szCs w:val="21"/>
          <w:lang w:val="tr-TR" w:eastAsia="tr-TR"/>
        </w:rPr>
        <w:t>Yapı Kredi Bankası üzerinden peşin eğitim ödemeleri aşağıdaki kanallar aracılığıyla gerçekleştirilebilir.</w:t>
      </w:r>
    </w:p>
    <w:p w14:paraId="2C57E48B" w14:textId="4BAB3E38" w:rsidR="0014698F" w:rsidRDefault="0014698F"/>
    <w:p w14:paraId="4CC70908" w14:textId="77777777" w:rsidR="00AF2BE9" w:rsidRDefault="00746DEC">
      <w:proofErr w:type="spellStart"/>
      <w:r w:rsidRPr="00B10996">
        <w:rPr>
          <w:b/>
          <w:bCs/>
        </w:rPr>
        <w:t>Yapı</w:t>
      </w:r>
      <w:proofErr w:type="spellEnd"/>
      <w:r w:rsidRPr="00B10996">
        <w:rPr>
          <w:b/>
          <w:bCs/>
        </w:rPr>
        <w:t xml:space="preserve"> </w:t>
      </w:r>
      <w:proofErr w:type="spellStart"/>
      <w:r w:rsidRPr="00B10996">
        <w:rPr>
          <w:b/>
          <w:bCs/>
        </w:rPr>
        <w:t>Kredi</w:t>
      </w:r>
      <w:proofErr w:type="spellEnd"/>
      <w:r w:rsidRPr="00B10996">
        <w:rPr>
          <w:b/>
          <w:bCs/>
        </w:rPr>
        <w:t xml:space="preserve"> </w:t>
      </w:r>
      <w:proofErr w:type="spellStart"/>
      <w:r w:rsidRPr="00B10996">
        <w:rPr>
          <w:b/>
          <w:bCs/>
        </w:rPr>
        <w:t>Bankası</w:t>
      </w:r>
      <w:proofErr w:type="spellEnd"/>
      <w:r w:rsidRPr="00B10996">
        <w:rPr>
          <w:b/>
          <w:bCs/>
        </w:rPr>
        <w:t xml:space="preserve"> </w:t>
      </w:r>
      <w:proofErr w:type="spellStart"/>
      <w:r w:rsidRPr="00B10996">
        <w:rPr>
          <w:b/>
          <w:bCs/>
        </w:rPr>
        <w:t>müşterileri</w:t>
      </w:r>
      <w:proofErr w:type="spellEnd"/>
      <w:r>
        <w:t>;</w:t>
      </w:r>
    </w:p>
    <w:p w14:paraId="42E76231" w14:textId="4D8A46B2" w:rsidR="0014698F" w:rsidRDefault="00746DEC">
      <w:r>
        <w:t xml:space="preserve"> </w:t>
      </w:r>
      <w:r w:rsidRPr="00AF2BE9">
        <w:rPr>
          <w:b/>
          <w:bCs/>
        </w:rPr>
        <w:t xml:space="preserve">Mobil ve İnternet </w:t>
      </w:r>
      <w:proofErr w:type="spellStart"/>
      <w:r w:rsidRPr="00AF2BE9">
        <w:rPr>
          <w:b/>
          <w:bCs/>
        </w:rPr>
        <w:t>Bankacılığı</w:t>
      </w:r>
      <w:proofErr w:type="spellEnd"/>
      <w:r w:rsidRPr="00AF2BE9">
        <w:rPr>
          <w:b/>
          <w:bCs/>
        </w:rPr>
        <w:t xml:space="preserve"> </w:t>
      </w:r>
      <w:proofErr w:type="spellStart"/>
      <w:r w:rsidRPr="00AF2BE9">
        <w:rPr>
          <w:b/>
          <w:bCs/>
        </w:rPr>
        <w:t>üzerinden</w:t>
      </w:r>
      <w:proofErr w:type="spellEnd"/>
      <w:r w:rsidRPr="00AF2BE9">
        <w:rPr>
          <w:b/>
          <w:bCs/>
        </w:rPr>
        <w:t xml:space="preserve"> </w:t>
      </w:r>
      <w:proofErr w:type="spellStart"/>
      <w:r w:rsidRPr="00AF2BE9">
        <w:rPr>
          <w:b/>
          <w:bCs/>
        </w:rPr>
        <w:t>Ödemeler</w:t>
      </w:r>
      <w:proofErr w:type="spellEnd"/>
      <w:r>
        <w:t xml:space="preserve"> → </w:t>
      </w:r>
      <w:proofErr w:type="spellStart"/>
      <w:r>
        <w:t>Eğitim</w:t>
      </w:r>
      <w:proofErr w:type="spellEnd"/>
      <w:r>
        <w:t xml:space="preserve"> </w:t>
      </w:r>
      <w:proofErr w:type="spellStart"/>
      <w:r>
        <w:t>Ödemeleri</w:t>
      </w:r>
      <w:proofErr w:type="spellEnd"/>
      <w:r>
        <w:t xml:space="preserve"> → </w:t>
      </w:r>
      <w:proofErr w:type="spellStart"/>
      <w:r>
        <w:t>Üniversite</w:t>
      </w:r>
      <w:proofErr w:type="spellEnd"/>
      <w:r>
        <w:t xml:space="preserve"> </w:t>
      </w:r>
      <w:proofErr w:type="spellStart"/>
      <w:r>
        <w:t>Ödemeleri</w:t>
      </w:r>
      <w:proofErr w:type="spellEnd"/>
      <w:r>
        <w:t xml:space="preserve"> </w:t>
      </w:r>
      <w:proofErr w:type="spellStart"/>
      <w:r>
        <w:t>adımlarını</w:t>
      </w:r>
      <w:proofErr w:type="spellEnd"/>
      <w:r>
        <w:t xml:space="preserve"> </w:t>
      </w:r>
      <w:proofErr w:type="spellStart"/>
      <w:r>
        <w:t>takip</w:t>
      </w:r>
      <w:proofErr w:type="spellEnd"/>
      <w:r>
        <w:t xml:space="preserve"> </w:t>
      </w:r>
      <w:proofErr w:type="spellStart"/>
      <w:r>
        <w:t>ederek</w:t>
      </w:r>
      <w:proofErr w:type="spellEnd"/>
      <w:r>
        <w:t xml:space="preserve"> </w:t>
      </w:r>
      <w:proofErr w:type="spellStart"/>
      <w:r>
        <w:t>kurum</w:t>
      </w:r>
      <w:proofErr w:type="spellEnd"/>
      <w:r>
        <w:t xml:space="preserve"> </w:t>
      </w:r>
      <w:proofErr w:type="spellStart"/>
      <w:r>
        <w:t>adı</w:t>
      </w:r>
      <w:proofErr w:type="spellEnd"/>
      <w:r>
        <w:t xml:space="preserve"> “Fenerbahçe Üniversitesi </w:t>
      </w:r>
      <w:proofErr w:type="spellStart"/>
      <w:r>
        <w:t>Eğitim</w:t>
      </w:r>
      <w:proofErr w:type="spellEnd"/>
      <w:r>
        <w:t xml:space="preserve">” </w:t>
      </w:r>
      <w:proofErr w:type="spellStart"/>
      <w:r>
        <w:t>seçimi</w:t>
      </w:r>
      <w:proofErr w:type="spellEnd"/>
      <w:r>
        <w:t xml:space="preserve"> ve TCKN </w:t>
      </w:r>
      <w:proofErr w:type="spellStart"/>
      <w:r>
        <w:t>girişi</w:t>
      </w:r>
      <w:proofErr w:type="spellEnd"/>
      <w:r>
        <w:t xml:space="preserve"> </w:t>
      </w:r>
      <w:proofErr w:type="spellStart"/>
      <w:r>
        <w:t>ile</w:t>
      </w:r>
      <w:proofErr w:type="spellEnd"/>
      <w:r>
        <w:t xml:space="preserve"> </w:t>
      </w:r>
      <w:proofErr w:type="spellStart"/>
      <w:r>
        <w:t>peşin</w:t>
      </w:r>
      <w:proofErr w:type="spellEnd"/>
      <w:r>
        <w:t xml:space="preserve"> </w:t>
      </w:r>
      <w:proofErr w:type="spellStart"/>
      <w:r>
        <w:t>eğitim</w:t>
      </w:r>
      <w:proofErr w:type="spellEnd"/>
      <w:r>
        <w:t xml:space="preserve"> </w:t>
      </w:r>
      <w:proofErr w:type="spellStart"/>
      <w:r>
        <w:t>ödemelerini</w:t>
      </w:r>
      <w:proofErr w:type="spellEnd"/>
      <w:r>
        <w:t xml:space="preserve"> </w:t>
      </w:r>
      <w:proofErr w:type="spellStart"/>
      <w:r>
        <w:t>yapabilir</w:t>
      </w:r>
      <w:proofErr w:type="spellEnd"/>
      <w:r>
        <w:t>.</w:t>
      </w:r>
    </w:p>
    <w:p w14:paraId="623CB21F" w14:textId="77777777" w:rsidR="00AF2BE9" w:rsidRDefault="00746DEC">
      <w:proofErr w:type="spellStart"/>
      <w:r w:rsidRPr="00B10996">
        <w:rPr>
          <w:b/>
          <w:bCs/>
        </w:rPr>
        <w:t>Yapı</w:t>
      </w:r>
      <w:proofErr w:type="spellEnd"/>
      <w:r w:rsidRPr="00B10996">
        <w:rPr>
          <w:b/>
          <w:bCs/>
        </w:rPr>
        <w:t xml:space="preserve"> </w:t>
      </w:r>
      <w:proofErr w:type="spellStart"/>
      <w:r w:rsidRPr="00B10996">
        <w:rPr>
          <w:b/>
          <w:bCs/>
        </w:rPr>
        <w:t>Kredi</w:t>
      </w:r>
      <w:proofErr w:type="spellEnd"/>
      <w:r w:rsidRPr="00B10996">
        <w:rPr>
          <w:b/>
          <w:bCs/>
        </w:rPr>
        <w:t xml:space="preserve"> </w:t>
      </w:r>
      <w:proofErr w:type="spellStart"/>
      <w:r w:rsidRPr="00B10996">
        <w:rPr>
          <w:b/>
          <w:bCs/>
        </w:rPr>
        <w:t>Bankası</w:t>
      </w:r>
      <w:proofErr w:type="spellEnd"/>
      <w:r w:rsidRPr="00B10996">
        <w:rPr>
          <w:b/>
          <w:bCs/>
        </w:rPr>
        <w:t xml:space="preserve"> </w:t>
      </w:r>
      <w:proofErr w:type="spellStart"/>
      <w:r w:rsidRPr="00B10996">
        <w:rPr>
          <w:b/>
          <w:bCs/>
        </w:rPr>
        <w:t>müşterisi</w:t>
      </w:r>
      <w:proofErr w:type="spellEnd"/>
      <w:r w:rsidRPr="00B10996">
        <w:rPr>
          <w:b/>
          <w:bCs/>
        </w:rPr>
        <w:t xml:space="preserve"> </w:t>
      </w:r>
      <w:proofErr w:type="spellStart"/>
      <w:r w:rsidRPr="00B10996">
        <w:rPr>
          <w:b/>
          <w:bCs/>
        </w:rPr>
        <w:t>olmayanlar</w:t>
      </w:r>
      <w:proofErr w:type="spellEnd"/>
      <w:r>
        <w:t>;</w:t>
      </w:r>
    </w:p>
    <w:p w14:paraId="3A69571B" w14:textId="430506A3" w:rsidR="00525F09" w:rsidRDefault="00E7363E">
      <w:proofErr w:type="spellStart"/>
      <w:r w:rsidRPr="00E7363E">
        <w:t>Herhangi</w:t>
      </w:r>
      <w:proofErr w:type="spellEnd"/>
      <w:r w:rsidRPr="00E7363E">
        <w:t xml:space="preserve"> </w:t>
      </w:r>
      <w:proofErr w:type="spellStart"/>
      <w:r w:rsidRPr="00E7363E">
        <w:t>bir</w:t>
      </w:r>
      <w:proofErr w:type="spellEnd"/>
      <w:r w:rsidRPr="00E7363E">
        <w:t xml:space="preserve"> </w:t>
      </w:r>
      <w:proofErr w:type="spellStart"/>
      <w:r w:rsidRPr="00E7363E">
        <w:t>Yapı</w:t>
      </w:r>
      <w:proofErr w:type="spellEnd"/>
      <w:r w:rsidRPr="00E7363E">
        <w:t xml:space="preserve"> </w:t>
      </w:r>
      <w:proofErr w:type="spellStart"/>
      <w:r w:rsidRPr="00E7363E">
        <w:t>Kredi</w:t>
      </w:r>
      <w:proofErr w:type="spellEnd"/>
      <w:r w:rsidRPr="00E7363E">
        <w:t xml:space="preserve"> </w:t>
      </w:r>
      <w:proofErr w:type="spellStart"/>
      <w:r w:rsidRPr="00E7363E">
        <w:t>şubesine</w:t>
      </w:r>
      <w:proofErr w:type="spellEnd"/>
      <w:r w:rsidRPr="00E7363E">
        <w:t xml:space="preserve"> </w:t>
      </w:r>
      <w:proofErr w:type="spellStart"/>
      <w:r w:rsidRPr="00E7363E">
        <w:t>gidilerek</w:t>
      </w:r>
      <w:proofErr w:type="spellEnd"/>
      <w:r w:rsidRPr="00E7363E">
        <w:t xml:space="preserve"> </w:t>
      </w:r>
      <w:proofErr w:type="spellStart"/>
      <w:r w:rsidRPr="00E7363E">
        <w:t>kurum</w:t>
      </w:r>
      <w:proofErr w:type="spellEnd"/>
      <w:r w:rsidRPr="00E7363E">
        <w:t xml:space="preserve"> </w:t>
      </w:r>
      <w:proofErr w:type="spellStart"/>
      <w:r w:rsidRPr="00E7363E">
        <w:t>adı</w:t>
      </w:r>
      <w:proofErr w:type="spellEnd"/>
      <w:r w:rsidRPr="00E7363E">
        <w:t xml:space="preserve"> </w:t>
      </w:r>
      <w:r w:rsidRPr="00E7363E">
        <w:rPr>
          <w:b/>
          <w:bCs/>
        </w:rPr>
        <w:t>“Fenerbahçe Üniversitesi”</w:t>
      </w:r>
      <w:r w:rsidRPr="00E7363E">
        <w:t xml:space="preserve"> ve </w:t>
      </w:r>
      <w:proofErr w:type="spellStart"/>
      <w:r w:rsidRPr="00E7363E">
        <w:t>öğrencinin</w:t>
      </w:r>
      <w:proofErr w:type="spellEnd"/>
      <w:r w:rsidRPr="00E7363E">
        <w:t xml:space="preserve"> </w:t>
      </w:r>
      <w:r w:rsidRPr="00E7363E">
        <w:rPr>
          <w:b/>
          <w:bCs/>
        </w:rPr>
        <w:t xml:space="preserve">T.C. </w:t>
      </w:r>
      <w:proofErr w:type="spellStart"/>
      <w:r w:rsidRPr="00E7363E">
        <w:rPr>
          <w:b/>
          <w:bCs/>
        </w:rPr>
        <w:t>Kimlik</w:t>
      </w:r>
      <w:proofErr w:type="spellEnd"/>
      <w:r w:rsidRPr="00E7363E">
        <w:rPr>
          <w:b/>
          <w:bCs/>
        </w:rPr>
        <w:t xml:space="preserve"> </w:t>
      </w:r>
      <w:proofErr w:type="spellStart"/>
      <w:r w:rsidRPr="00E7363E">
        <w:rPr>
          <w:b/>
          <w:bCs/>
        </w:rPr>
        <w:t>Numarası</w:t>
      </w:r>
      <w:proofErr w:type="spellEnd"/>
      <w:r w:rsidRPr="00E7363E">
        <w:rPr>
          <w:b/>
          <w:bCs/>
        </w:rPr>
        <w:t xml:space="preserve"> (TCKN)</w:t>
      </w:r>
      <w:r w:rsidRPr="00E7363E">
        <w:t xml:space="preserve"> </w:t>
      </w:r>
      <w:proofErr w:type="spellStart"/>
      <w:r w:rsidRPr="00E7363E">
        <w:t>paylaşılmak</w:t>
      </w:r>
      <w:proofErr w:type="spellEnd"/>
      <w:r w:rsidRPr="00E7363E">
        <w:t xml:space="preserve"> </w:t>
      </w:r>
      <w:proofErr w:type="spellStart"/>
      <w:r w:rsidRPr="00E7363E">
        <w:t>suretiyle</w:t>
      </w:r>
      <w:proofErr w:type="spellEnd"/>
      <w:r w:rsidRPr="00E7363E">
        <w:t xml:space="preserve"> </w:t>
      </w:r>
      <w:proofErr w:type="spellStart"/>
      <w:r w:rsidRPr="00E7363E">
        <w:t>peşin</w:t>
      </w:r>
      <w:proofErr w:type="spellEnd"/>
      <w:r w:rsidRPr="00E7363E">
        <w:t xml:space="preserve"> </w:t>
      </w:r>
      <w:proofErr w:type="spellStart"/>
      <w:r w:rsidRPr="00E7363E">
        <w:t>ödeme</w:t>
      </w:r>
      <w:proofErr w:type="spellEnd"/>
      <w:r w:rsidRPr="00E7363E">
        <w:t xml:space="preserve"> </w:t>
      </w:r>
      <w:proofErr w:type="spellStart"/>
      <w:r w:rsidRPr="00E7363E">
        <w:t>gerçekleştirilebilir</w:t>
      </w:r>
      <w:proofErr w:type="spellEnd"/>
      <w:r w:rsidRPr="00E7363E">
        <w:t>.</w:t>
      </w:r>
    </w:p>
    <w:p w14:paraId="218F5FAA" w14:textId="77777777" w:rsidR="007A7A18" w:rsidRDefault="007A7A18"/>
    <w:p w14:paraId="36A73BD9" w14:textId="77777777" w:rsidR="007A7A18" w:rsidRDefault="007A7A18"/>
    <w:p w14:paraId="68FDED4D" w14:textId="5BBA613C" w:rsidR="0014698F" w:rsidRPr="00525F09" w:rsidRDefault="00525F09">
      <w:pPr>
        <w:rPr>
          <w:u w:val="single"/>
        </w:rPr>
      </w:pPr>
      <w:r w:rsidRPr="00525F09">
        <w:rPr>
          <w:b/>
          <w:color w:val="1F4E79"/>
          <w:sz w:val="26"/>
          <w:u w:val="single"/>
        </w:rPr>
        <w:t xml:space="preserve">4. </w:t>
      </w:r>
      <w:r w:rsidR="004936FA" w:rsidRPr="00525F09">
        <w:rPr>
          <w:b/>
          <w:color w:val="1F4E79"/>
          <w:sz w:val="26"/>
          <w:u w:val="single"/>
        </w:rPr>
        <w:t>VAKIFBANK KURUM TAHSİLATI İLE PEŞİN ÖDEME</w:t>
      </w:r>
    </w:p>
    <w:p w14:paraId="4886A606" w14:textId="3BCDA5A8" w:rsidR="00FA5CB4" w:rsidRPr="00723BAE" w:rsidRDefault="00FA5CB4" w:rsidP="00FA5CB4">
      <w:proofErr w:type="spellStart"/>
      <w:r w:rsidRPr="004B1C10">
        <w:rPr>
          <w:rFonts w:ascii="Segoe UI" w:eastAsia="Times New Roman" w:hAnsi="Segoe UI" w:cs="Segoe UI"/>
          <w:szCs w:val="21"/>
          <w:lang w:val="tr-TR" w:eastAsia="tr-TR"/>
        </w:rPr>
        <w:t>VakıfBank</w:t>
      </w:r>
      <w:proofErr w:type="spellEnd"/>
      <w:r w:rsidRPr="004B1C10">
        <w:rPr>
          <w:rFonts w:ascii="Segoe UI" w:eastAsia="Times New Roman" w:hAnsi="Segoe UI" w:cs="Segoe UI"/>
          <w:szCs w:val="21"/>
          <w:lang w:val="tr-TR" w:eastAsia="tr-TR"/>
        </w:rPr>
        <w:t xml:space="preserve"> üzerinden peşin eğitim ödemeleri aşağıdaki kanallar aracılığıyla gerçekleştirilebilir</w:t>
      </w:r>
      <w:r w:rsidR="00E7363E">
        <w:t>.</w:t>
      </w:r>
    </w:p>
    <w:p w14:paraId="4EFD679C" w14:textId="77777777" w:rsidR="0014698F" w:rsidRDefault="00746DEC">
      <w:r>
        <w:rPr>
          <w:b/>
          <w:sz w:val="22"/>
        </w:rPr>
        <w:t>VakıfBank Mobil</w:t>
      </w:r>
    </w:p>
    <w:p w14:paraId="6A7CA7E8" w14:textId="77777777" w:rsidR="0014698F" w:rsidRDefault="00746DEC">
      <w:proofErr w:type="spellStart"/>
      <w:r>
        <w:t>Ödemeler</w:t>
      </w:r>
      <w:proofErr w:type="spellEnd"/>
      <w:r>
        <w:t xml:space="preserve"> → </w:t>
      </w:r>
      <w:proofErr w:type="spellStart"/>
      <w:r>
        <w:t>Eğitim</w:t>
      </w:r>
      <w:proofErr w:type="spellEnd"/>
      <w:r>
        <w:t>/</w:t>
      </w:r>
      <w:proofErr w:type="spellStart"/>
      <w:r>
        <w:t>Sınav</w:t>
      </w:r>
      <w:proofErr w:type="spellEnd"/>
      <w:r>
        <w:t xml:space="preserve"> → </w:t>
      </w:r>
      <w:proofErr w:type="spellStart"/>
      <w:r>
        <w:t>Üniversite</w:t>
      </w:r>
      <w:proofErr w:type="spellEnd"/>
      <w:r>
        <w:t xml:space="preserve"> </w:t>
      </w:r>
      <w:proofErr w:type="spellStart"/>
      <w:r>
        <w:t>Ödemeleri</w:t>
      </w:r>
      <w:proofErr w:type="spellEnd"/>
      <w:r>
        <w:t xml:space="preserve"> → Fenerbahçe Üniversitesi </w:t>
      </w:r>
      <w:proofErr w:type="spellStart"/>
      <w:r>
        <w:t>adımları</w:t>
      </w:r>
      <w:proofErr w:type="spellEnd"/>
      <w:r>
        <w:t xml:space="preserve"> </w:t>
      </w:r>
      <w:proofErr w:type="spellStart"/>
      <w:r>
        <w:t>takip</w:t>
      </w:r>
      <w:proofErr w:type="spellEnd"/>
      <w:r>
        <w:t xml:space="preserve"> </w:t>
      </w:r>
      <w:proofErr w:type="spellStart"/>
      <w:r>
        <w:t>edilerek</w:t>
      </w:r>
      <w:proofErr w:type="spellEnd"/>
      <w:r>
        <w:t xml:space="preserve"> TCKN </w:t>
      </w:r>
      <w:proofErr w:type="spellStart"/>
      <w:r>
        <w:t>numarası</w:t>
      </w:r>
      <w:proofErr w:type="spellEnd"/>
      <w:r>
        <w:t xml:space="preserve"> </w:t>
      </w:r>
      <w:proofErr w:type="spellStart"/>
      <w:r>
        <w:t>ile</w:t>
      </w:r>
      <w:proofErr w:type="spellEnd"/>
      <w:r>
        <w:t xml:space="preserve"> </w:t>
      </w:r>
      <w:proofErr w:type="spellStart"/>
      <w:r>
        <w:t>peşin</w:t>
      </w:r>
      <w:proofErr w:type="spellEnd"/>
      <w:r>
        <w:t xml:space="preserve"> </w:t>
      </w:r>
      <w:proofErr w:type="spellStart"/>
      <w:r>
        <w:t>eğitim</w:t>
      </w:r>
      <w:proofErr w:type="spellEnd"/>
      <w:r>
        <w:t xml:space="preserve"> </w:t>
      </w:r>
      <w:proofErr w:type="spellStart"/>
      <w:r>
        <w:t>ödemesi</w:t>
      </w:r>
      <w:proofErr w:type="spellEnd"/>
      <w:r>
        <w:t xml:space="preserve"> </w:t>
      </w:r>
      <w:proofErr w:type="spellStart"/>
      <w:r>
        <w:t>yapılabilir</w:t>
      </w:r>
      <w:proofErr w:type="spellEnd"/>
      <w:r>
        <w:t>.</w:t>
      </w:r>
    </w:p>
    <w:p w14:paraId="4B42601F" w14:textId="77777777" w:rsidR="0014698F" w:rsidRDefault="00746DEC">
      <w:r>
        <w:rPr>
          <w:b/>
          <w:sz w:val="22"/>
        </w:rPr>
        <w:t xml:space="preserve">İnternet </w:t>
      </w:r>
      <w:proofErr w:type="spellStart"/>
      <w:r>
        <w:rPr>
          <w:b/>
          <w:sz w:val="22"/>
        </w:rPr>
        <w:t>Bankacılığı</w:t>
      </w:r>
      <w:proofErr w:type="spellEnd"/>
    </w:p>
    <w:p w14:paraId="4C6E743B" w14:textId="77777777" w:rsidR="0014698F" w:rsidRDefault="00746DEC">
      <w:proofErr w:type="spellStart"/>
      <w:r>
        <w:t>Ödemeler</w:t>
      </w:r>
      <w:proofErr w:type="spellEnd"/>
      <w:r>
        <w:t xml:space="preserve"> → </w:t>
      </w:r>
      <w:proofErr w:type="spellStart"/>
      <w:r>
        <w:t>Üniversite</w:t>
      </w:r>
      <w:proofErr w:type="spellEnd"/>
      <w:r>
        <w:t xml:space="preserve"> ve </w:t>
      </w:r>
      <w:proofErr w:type="spellStart"/>
      <w:r>
        <w:t>Sınav</w:t>
      </w:r>
      <w:proofErr w:type="spellEnd"/>
      <w:r>
        <w:t xml:space="preserve"> </w:t>
      </w:r>
      <w:proofErr w:type="spellStart"/>
      <w:r>
        <w:t>Ödemeleri</w:t>
      </w:r>
      <w:proofErr w:type="spellEnd"/>
      <w:r>
        <w:t xml:space="preserve"> → </w:t>
      </w:r>
      <w:proofErr w:type="spellStart"/>
      <w:r>
        <w:t>Üniversite</w:t>
      </w:r>
      <w:proofErr w:type="spellEnd"/>
      <w:r>
        <w:t xml:space="preserve"> </w:t>
      </w:r>
      <w:proofErr w:type="spellStart"/>
      <w:r>
        <w:t>Harç</w:t>
      </w:r>
      <w:proofErr w:type="spellEnd"/>
      <w:r>
        <w:t xml:space="preserve"> </w:t>
      </w:r>
      <w:proofErr w:type="spellStart"/>
      <w:r>
        <w:t>İşlemleri</w:t>
      </w:r>
      <w:proofErr w:type="spellEnd"/>
      <w:r>
        <w:t xml:space="preserve"> → Fenerbahçe Üniversitesi </w:t>
      </w:r>
      <w:proofErr w:type="spellStart"/>
      <w:r>
        <w:t>adımları</w:t>
      </w:r>
      <w:proofErr w:type="spellEnd"/>
      <w:r>
        <w:t xml:space="preserve"> </w:t>
      </w:r>
      <w:proofErr w:type="spellStart"/>
      <w:r>
        <w:t>takip</w:t>
      </w:r>
      <w:proofErr w:type="spellEnd"/>
      <w:r>
        <w:t xml:space="preserve"> </w:t>
      </w:r>
      <w:proofErr w:type="spellStart"/>
      <w:r>
        <w:t>edilerek</w:t>
      </w:r>
      <w:proofErr w:type="spellEnd"/>
      <w:r>
        <w:t xml:space="preserve"> TCKN </w:t>
      </w:r>
      <w:proofErr w:type="spellStart"/>
      <w:r>
        <w:t>numarası</w:t>
      </w:r>
      <w:proofErr w:type="spellEnd"/>
      <w:r>
        <w:t xml:space="preserve"> </w:t>
      </w:r>
      <w:proofErr w:type="spellStart"/>
      <w:r>
        <w:t>ile</w:t>
      </w:r>
      <w:proofErr w:type="spellEnd"/>
      <w:r>
        <w:t xml:space="preserve"> </w:t>
      </w:r>
      <w:proofErr w:type="spellStart"/>
      <w:r>
        <w:t>peşin</w:t>
      </w:r>
      <w:proofErr w:type="spellEnd"/>
      <w:r>
        <w:t xml:space="preserve"> </w:t>
      </w:r>
      <w:proofErr w:type="spellStart"/>
      <w:r>
        <w:t>eğitim</w:t>
      </w:r>
      <w:proofErr w:type="spellEnd"/>
      <w:r>
        <w:t xml:space="preserve"> </w:t>
      </w:r>
      <w:proofErr w:type="spellStart"/>
      <w:r>
        <w:t>ödemesi</w:t>
      </w:r>
      <w:proofErr w:type="spellEnd"/>
      <w:r>
        <w:t xml:space="preserve"> </w:t>
      </w:r>
      <w:proofErr w:type="spellStart"/>
      <w:r>
        <w:t>yapılabilir</w:t>
      </w:r>
      <w:proofErr w:type="spellEnd"/>
      <w:r>
        <w:t>.</w:t>
      </w:r>
    </w:p>
    <w:p w14:paraId="446DD5A6" w14:textId="77777777" w:rsidR="0014698F" w:rsidRDefault="00746DEC">
      <w:proofErr w:type="spellStart"/>
      <w:r>
        <w:rPr>
          <w:b/>
          <w:sz w:val="22"/>
        </w:rPr>
        <w:t>Şubeler</w:t>
      </w:r>
      <w:proofErr w:type="spellEnd"/>
      <w:r>
        <w:rPr>
          <w:b/>
          <w:sz w:val="22"/>
        </w:rPr>
        <w:t xml:space="preserve"> ve </w:t>
      </w:r>
      <w:proofErr w:type="spellStart"/>
      <w:r>
        <w:rPr>
          <w:b/>
          <w:sz w:val="22"/>
        </w:rPr>
        <w:t>ATM'ler</w:t>
      </w:r>
      <w:proofErr w:type="spellEnd"/>
    </w:p>
    <w:p w14:paraId="44AA0F74" w14:textId="77777777" w:rsidR="0014698F" w:rsidRDefault="00746DEC">
      <w:r>
        <w:t xml:space="preserve">T.C. </w:t>
      </w:r>
      <w:proofErr w:type="spellStart"/>
      <w:r>
        <w:t>Kimlik</w:t>
      </w:r>
      <w:proofErr w:type="spellEnd"/>
      <w:r>
        <w:t xml:space="preserve"> No </w:t>
      </w:r>
      <w:proofErr w:type="spellStart"/>
      <w:r>
        <w:t>veya</w:t>
      </w:r>
      <w:proofErr w:type="spellEnd"/>
      <w:r>
        <w:t xml:space="preserve"> </w:t>
      </w:r>
      <w:proofErr w:type="spellStart"/>
      <w:r>
        <w:t>Pasaport</w:t>
      </w:r>
      <w:proofErr w:type="spellEnd"/>
      <w:r>
        <w:t xml:space="preserve"> No </w:t>
      </w:r>
      <w:proofErr w:type="spellStart"/>
      <w:r>
        <w:t>ile</w:t>
      </w:r>
      <w:proofErr w:type="spellEnd"/>
      <w:r>
        <w:t xml:space="preserve"> </w:t>
      </w:r>
      <w:proofErr w:type="spellStart"/>
      <w:r>
        <w:t>borç</w:t>
      </w:r>
      <w:proofErr w:type="spellEnd"/>
      <w:r>
        <w:t xml:space="preserve"> </w:t>
      </w:r>
      <w:proofErr w:type="spellStart"/>
      <w:r>
        <w:t>sorgulama</w:t>
      </w:r>
      <w:proofErr w:type="spellEnd"/>
      <w:r>
        <w:t xml:space="preserve"> </w:t>
      </w:r>
      <w:proofErr w:type="spellStart"/>
      <w:r>
        <w:t>yapılarak</w:t>
      </w:r>
      <w:proofErr w:type="spellEnd"/>
      <w:r>
        <w:t xml:space="preserve"> </w:t>
      </w:r>
      <w:proofErr w:type="spellStart"/>
      <w:r>
        <w:t>ödeme</w:t>
      </w:r>
      <w:proofErr w:type="spellEnd"/>
      <w:r>
        <w:t xml:space="preserve"> </w:t>
      </w:r>
      <w:proofErr w:type="spellStart"/>
      <w:r>
        <w:t>gerçekleştirilebilir</w:t>
      </w:r>
      <w:proofErr w:type="spellEnd"/>
      <w:r>
        <w:t>.</w:t>
      </w:r>
    </w:p>
    <w:p w14:paraId="1FCB9F88" w14:textId="61B3F866" w:rsidR="00525F09" w:rsidRDefault="00525F09">
      <w:r w:rsidRPr="00506301">
        <w:rPr>
          <w:rFonts w:ascii="Times New Roman" w:hAnsi="Times New Roman" w:cs="Times New Roman"/>
          <w:noProof/>
        </w:rPr>
        <w:lastRenderedPageBreak/>
        <w:drawing>
          <wp:inline distT="0" distB="0" distL="0" distR="0" wp14:anchorId="504D52A5" wp14:editId="3AB19423">
            <wp:extent cx="6332220" cy="3408924"/>
            <wp:effectExtent l="0" t="0" r="0" b="1270"/>
            <wp:docPr id="1301738213" name="Resim 5" descr="metin, ekran görüntüsü, mobil telefon, mobil cihaz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ekran görüntüsü, mobil telefon, mobil cihaz içeren bir resim&#10;&#10;Yapay zeka tarafından oluşturulmuş içerik yanlış olabili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32220" cy="3408924"/>
                    </a:xfrm>
                    <a:prstGeom prst="rect">
                      <a:avLst/>
                    </a:prstGeom>
                    <a:noFill/>
                    <a:ln>
                      <a:noFill/>
                    </a:ln>
                  </pic:spPr>
                </pic:pic>
              </a:graphicData>
            </a:graphic>
          </wp:inline>
        </w:drawing>
      </w:r>
    </w:p>
    <w:sectPr w:rsidR="00525F09"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0456C440"/>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00D2AD6"/>
    <w:multiLevelType w:val="multilevel"/>
    <w:tmpl w:val="0988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7C6DD9"/>
    <w:multiLevelType w:val="multilevel"/>
    <w:tmpl w:val="D23C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712EC"/>
    <w:multiLevelType w:val="hybridMultilevel"/>
    <w:tmpl w:val="AA68DCB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8A9448D"/>
    <w:multiLevelType w:val="multilevel"/>
    <w:tmpl w:val="25BA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447088"/>
    <w:multiLevelType w:val="multilevel"/>
    <w:tmpl w:val="A760AC5C"/>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2E4D7D"/>
    <w:multiLevelType w:val="multilevel"/>
    <w:tmpl w:val="D23C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624E79"/>
    <w:multiLevelType w:val="multilevel"/>
    <w:tmpl w:val="78B6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5E52DA"/>
    <w:multiLevelType w:val="multilevel"/>
    <w:tmpl w:val="9810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B367E8"/>
    <w:multiLevelType w:val="multilevel"/>
    <w:tmpl w:val="D23C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6558070">
    <w:abstractNumId w:val="8"/>
  </w:num>
  <w:num w:numId="2" w16cid:durableId="970554501">
    <w:abstractNumId w:val="6"/>
  </w:num>
  <w:num w:numId="3" w16cid:durableId="192571654">
    <w:abstractNumId w:val="5"/>
  </w:num>
  <w:num w:numId="4" w16cid:durableId="646518250">
    <w:abstractNumId w:val="4"/>
  </w:num>
  <w:num w:numId="5" w16cid:durableId="1232041099">
    <w:abstractNumId w:val="7"/>
  </w:num>
  <w:num w:numId="6" w16cid:durableId="159665631">
    <w:abstractNumId w:val="3"/>
  </w:num>
  <w:num w:numId="7" w16cid:durableId="1731003199">
    <w:abstractNumId w:val="2"/>
  </w:num>
  <w:num w:numId="8" w16cid:durableId="112405326">
    <w:abstractNumId w:val="1"/>
  </w:num>
  <w:num w:numId="9" w16cid:durableId="807359412">
    <w:abstractNumId w:val="0"/>
  </w:num>
  <w:num w:numId="10" w16cid:durableId="571236487">
    <w:abstractNumId w:val="9"/>
  </w:num>
  <w:num w:numId="11" w16cid:durableId="788622377">
    <w:abstractNumId w:val="12"/>
  </w:num>
  <w:num w:numId="12" w16cid:durableId="1251692727">
    <w:abstractNumId w:val="11"/>
  </w:num>
  <w:num w:numId="13" w16cid:durableId="1499073863">
    <w:abstractNumId w:val="13"/>
  </w:num>
  <w:num w:numId="14" w16cid:durableId="1197081250">
    <w:abstractNumId w:val="15"/>
  </w:num>
  <w:num w:numId="15" w16cid:durableId="486362805">
    <w:abstractNumId w:val="8"/>
  </w:num>
  <w:num w:numId="16" w16cid:durableId="1271814053">
    <w:abstractNumId w:val="14"/>
  </w:num>
  <w:num w:numId="17" w16cid:durableId="165637726">
    <w:abstractNumId w:val="16"/>
  </w:num>
  <w:num w:numId="18" w16cid:durableId="1798839162">
    <w:abstractNumId w:val="17"/>
  </w:num>
  <w:num w:numId="19" w16cid:durableId="20107877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80E"/>
    <w:rsid w:val="000243FF"/>
    <w:rsid w:val="00034616"/>
    <w:rsid w:val="0006063C"/>
    <w:rsid w:val="000815AA"/>
    <w:rsid w:val="0014698F"/>
    <w:rsid w:val="0015074B"/>
    <w:rsid w:val="002174D9"/>
    <w:rsid w:val="0029639D"/>
    <w:rsid w:val="00300E2A"/>
    <w:rsid w:val="00300E89"/>
    <w:rsid w:val="00326F90"/>
    <w:rsid w:val="003C67CD"/>
    <w:rsid w:val="00437F0E"/>
    <w:rsid w:val="00450B57"/>
    <w:rsid w:val="00460CA9"/>
    <w:rsid w:val="004936FA"/>
    <w:rsid w:val="004B1C10"/>
    <w:rsid w:val="004D6B94"/>
    <w:rsid w:val="004F0836"/>
    <w:rsid w:val="00525F09"/>
    <w:rsid w:val="005B30E1"/>
    <w:rsid w:val="00646E23"/>
    <w:rsid w:val="00740B20"/>
    <w:rsid w:val="00746DEC"/>
    <w:rsid w:val="007A7A18"/>
    <w:rsid w:val="00803C88"/>
    <w:rsid w:val="0080456C"/>
    <w:rsid w:val="00817704"/>
    <w:rsid w:val="0087366F"/>
    <w:rsid w:val="008F6379"/>
    <w:rsid w:val="0097495C"/>
    <w:rsid w:val="00A07972"/>
    <w:rsid w:val="00A11DA0"/>
    <w:rsid w:val="00AA1D8D"/>
    <w:rsid w:val="00AF2BE9"/>
    <w:rsid w:val="00B10996"/>
    <w:rsid w:val="00B33A7A"/>
    <w:rsid w:val="00B374A6"/>
    <w:rsid w:val="00B47730"/>
    <w:rsid w:val="00B767B5"/>
    <w:rsid w:val="00B84D8E"/>
    <w:rsid w:val="00C25744"/>
    <w:rsid w:val="00C47A44"/>
    <w:rsid w:val="00CB0664"/>
    <w:rsid w:val="00CC5391"/>
    <w:rsid w:val="00D56A4F"/>
    <w:rsid w:val="00DA294F"/>
    <w:rsid w:val="00DC0865"/>
    <w:rsid w:val="00E7363E"/>
    <w:rsid w:val="00E862F1"/>
    <w:rsid w:val="00F2332A"/>
    <w:rsid w:val="00F5601E"/>
    <w:rsid w:val="00FA5CB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2E063C"/>
  <w14:defaultImageDpi w14:val="300"/>
  <w15:docId w15:val="{609CA6AC-D234-444F-A7E4-4ABE25273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pr">
    <w:name w:val="Hyperlink"/>
    <w:basedOn w:val="VarsaylanParagrafYazTipi"/>
    <w:uiPriority w:val="99"/>
    <w:unhideWhenUsed/>
    <w:rsid w:val="00B10996"/>
    <w:rPr>
      <w:color w:val="0000FF" w:themeColor="hyperlink"/>
      <w:u w:val="single"/>
    </w:rPr>
  </w:style>
  <w:style w:type="character" w:styleId="zmlenmeyenBahsetme">
    <w:name w:val="Unresolved Mention"/>
    <w:basedOn w:val="VarsaylanParagrafYazTipi"/>
    <w:uiPriority w:val="99"/>
    <w:semiHidden/>
    <w:unhideWhenUsed/>
    <w:rsid w:val="00B10996"/>
    <w:rPr>
      <w:color w:val="605E5C"/>
      <w:shd w:val="clear" w:color="auto" w:fill="E1DFDD"/>
    </w:rPr>
  </w:style>
  <w:style w:type="paragraph" w:styleId="NormalWeb">
    <w:name w:val="Normal (Web)"/>
    <w:basedOn w:val="Normal"/>
    <w:uiPriority w:val="99"/>
    <w:unhideWhenUsed/>
    <w:rsid w:val="00300E89"/>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xess.com.tr/axess/kampanyalar"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www.yapikredi.com.tr/bireysel-bankacilik/odemeler-ve-hizmetler/taksitli-egitim-siste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unisis.fbu.edu.tr" TargetMode="External"/><Relationship Id="rId11" Type="http://schemas.openxmlformats.org/officeDocument/2006/relationships/hyperlink" Target="https://www.bonus.com.tr/kampanyalar/sektor/egitim"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teb.com.tr/sizin-icin/kampanyalar/" TargetMode="External"/><Relationship Id="rId4" Type="http://schemas.openxmlformats.org/officeDocument/2006/relationships/settings" Target="settings.xml"/><Relationship Id="rId9" Type="http://schemas.openxmlformats.org/officeDocument/2006/relationships/hyperlink" Target="https://www.vakifkart.com.tr/kampanyalar"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852</Words>
  <Characters>4863</Characters>
  <Application>Microsoft Office Word</Application>
  <DocSecurity>4</DocSecurity>
  <Lines>40</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5704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Hilal KARABAL</cp:lastModifiedBy>
  <cp:revision>2</cp:revision>
  <cp:lastPrinted>2026-08-13T11:45:00Z</cp:lastPrinted>
  <dcterms:created xsi:type="dcterms:W3CDTF">2026-08-18T12:21:00Z</dcterms:created>
  <dcterms:modified xsi:type="dcterms:W3CDTF">2026-08-18T12:21:00Z</dcterms:modified>
  <cp:category/>
</cp:coreProperties>
</file>